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237"/>
      </w:tblGrid>
      <w:tr w:rsidR="0042647B" w:rsidRPr="00BB413C" w14:paraId="2F929D8F" w14:textId="77777777" w:rsidTr="00EB65DE">
        <w:trPr>
          <w:trHeight w:val="992"/>
        </w:trPr>
        <w:tc>
          <w:tcPr>
            <w:tcW w:w="3510" w:type="dxa"/>
          </w:tcPr>
          <w:p w14:paraId="69D3FE9B" w14:textId="77777777" w:rsidR="0042647B" w:rsidRPr="00E37781" w:rsidRDefault="0042647B" w:rsidP="00047C37">
            <w:pPr>
              <w:pStyle w:val="Heading1"/>
              <w:spacing w:before="0" w:line="276" w:lineRule="auto"/>
              <w:jc w:val="center"/>
              <w:rPr>
                <w:rFonts w:ascii="Times New Roman" w:hAnsi="Times New Roman" w:cs="Times New Roman"/>
                <w:b w:val="0"/>
                <w:bCs w:val="0"/>
                <w:color w:val="auto"/>
                <w:sz w:val="26"/>
                <w:szCs w:val="26"/>
              </w:rPr>
            </w:pPr>
            <w:r w:rsidRPr="00E37781">
              <w:rPr>
                <w:rFonts w:ascii="Times New Roman" w:hAnsi="Times New Roman" w:cs="Times New Roman"/>
                <w:b w:val="0"/>
                <w:bCs w:val="0"/>
                <w:color w:val="auto"/>
                <w:sz w:val="26"/>
                <w:szCs w:val="26"/>
              </w:rPr>
              <w:t>UBND XÃ HỒNG SƠN</w:t>
            </w:r>
          </w:p>
          <w:p w14:paraId="166500F2" w14:textId="77777777" w:rsidR="0042647B" w:rsidRPr="00E37781" w:rsidRDefault="0042647B" w:rsidP="00047C37">
            <w:pPr>
              <w:spacing w:line="276" w:lineRule="auto"/>
              <w:jc w:val="center"/>
              <w:rPr>
                <w:rFonts w:ascii="Times New Roman" w:hAnsi="Times New Roman" w:cs="Times New Roman"/>
                <w:b/>
                <w:bCs/>
                <w:sz w:val="26"/>
                <w:szCs w:val="26"/>
              </w:rPr>
            </w:pPr>
            <w:r w:rsidRPr="00E37781">
              <w:rPr>
                <w:rFonts w:ascii="Times New Roman" w:hAnsi="Times New Roman" w:cs="Times New Roman"/>
                <w:b/>
                <w:bCs/>
                <w:noProof/>
                <w:sz w:val="26"/>
                <w:szCs w:val="26"/>
              </w:rPr>
              <mc:AlternateContent>
                <mc:Choice Requires="wps">
                  <w:drawing>
                    <wp:anchor distT="0" distB="0" distL="114300" distR="114300" simplePos="0" relativeHeight="251653632" behindDoc="0" locked="0" layoutInCell="1" allowOverlap="1" wp14:anchorId="337561C8" wp14:editId="394B5790">
                      <wp:simplePos x="0" y="0"/>
                      <wp:positionH relativeFrom="column">
                        <wp:posOffset>200024</wp:posOffset>
                      </wp:positionH>
                      <wp:positionV relativeFrom="paragraph">
                        <wp:posOffset>203835</wp:posOffset>
                      </wp:positionV>
                      <wp:extent cx="1685925" cy="0"/>
                      <wp:effectExtent l="0" t="0" r="0" b="0"/>
                      <wp:wrapNone/>
                      <wp:docPr id="1601074641" name="Straight Connector 1"/>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0F8BF39" id="Straight Connector 1"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5.75pt,16.05pt" to="14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" strokecolor="#f68c36 [3049]"/>
                  </w:pict>
                </mc:Fallback>
              </mc:AlternateContent>
            </w:r>
            <w:r w:rsidRPr="00E37781">
              <w:rPr>
                <w:rFonts w:ascii="Times New Roman" w:hAnsi="Times New Roman" w:cs="Times New Roman"/>
                <w:b/>
                <w:bCs/>
                <w:sz w:val="26"/>
                <w:szCs w:val="26"/>
              </w:rPr>
              <w:t>TRƯỜNG MN HỒNG SƠN</w:t>
            </w:r>
          </w:p>
          <w:p w14:paraId="6A3DC212" w14:textId="77777777" w:rsidR="00EB65DE" w:rsidRPr="00E37781" w:rsidRDefault="00EB65DE" w:rsidP="00047C37">
            <w:pPr>
              <w:spacing w:line="276" w:lineRule="auto"/>
              <w:jc w:val="center"/>
              <w:rPr>
                <w:rFonts w:ascii="Times New Roman" w:hAnsi="Times New Roman" w:cs="Times New Roman"/>
                <w:b/>
                <w:bCs/>
                <w:sz w:val="26"/>
                <w:szCs w:val="26"/>
              </w:rPr>
            </w:pPr>
          </w:p>
          <w:p w14:paraId="528AC853" w14:textId="3E1158BD" w:rsidR="00EB65DE" w:rsidRPr="00E37781" w:rsidRDefault="00EB65DE" w:rsidP="00047C37">
            <w:pPr>
              <w:spacing w:line="276" w:lineRule="auto"/>
              <w:jc w:val="center"/>
              <w:rPr>
                <w:rFonts w:ascii="Times New Roman" w:hAnsi="Times New Roman" w:cs="Times New Roman"/>
                <w:sz w:val="26"/>
                <w:szCs w:val="26"/>
              </w:rPr>
            </w:pPr>
            <w:r w:rsidRPr="00E37781">
              <w:rPr>
                <w:rFonts w:ascii="Times New Roman" w:hAnsi="Times New Roman" w:cs="Times New Roman"/>
                <w:sz w:val="28"/>
                <w:szCs w:val="28"/>
              </w:rPr>
              <w:t>Số:</w:t>
            </w:r>
            <w:r w:rsidR="001D2EB5">
              <w:rPr>
                <w:rFonts w:ascii="Times New Roman" w:hAnsi="Times New Roman" w:cs="Times New Roman"/>
                <w:sz w:val="28"/>
                <w:szCs w:val="28"/>
              </w:rPr>
              <w:t xml:space="preserve"> 10</w:t>
            </w:r>
            <w:r w:rsidRPr="00E37781">
              <w:rPr>
                <w:rFonts w:ascii="Times New Roman" w:hAnsi="Times New Roman" w:cs="Times New Roman"/>
                <w:sz w:val="28"/>
                <w:szCs w:val="28"/>
              </w:rPr>
              <w:t>/KH-MNHS</w:t>
            </w:r>
          </w:p>
        </w:tc>
        <w:tc>
          <w:tcPr>
            <w:tcW w:w="6237" w:type="dxa"/>
          </w:tcPr>
          <w:p w14:paraId="3FEB836E" w14:textId="77777777" w:rsidR="0042647B" w:rsidRPr="00E37781" w:rsidRDefault="0042647B" w:rsidP="00047C37">
            <w:pPr>
              <w:pStyle w:val="Heading1"/>
              <w:spacing w:before="0" w:line="276" w:lineRule="auto"/>
              <w:jc w:val="center"/>
              <w:rPr>
                <w:rFonts w:ascii="Times New Roman" w:hAnsi="Times New Roman" w:cs="Times New Roman"/>
                <w:color w:val="auto"/>
                <w:sz w:val="26"/>
                <w:szCs w:val="26"/>
              </w:rPr>
            </w:pPr>
            <w:r w:rsidRPr="00E37781">
              <w:rPr>
                <w:rFonts w:ascii="Times New Roman" w:hAnsi="Times New Roman" w:cs="Times New Roman"/>
                <w:color w:val="auto"/>
                <w:sz w:val="26"/>
                <w:szCs w:val="26"/>
              </w:rPr>
              <w:t>CỘNG HOÀ XÃ HỘI CHỦ NGHĨA VIỆT NAM</w:t>
            </w:r>
          </w:p>
          <w:p w14:paraId="290CEF27" w14:textId="106FA07A" w:rsidR="0042647B" w:rsidRPr="00BB413C" w:rsidRDefault="00DC71FE" w:rsidP="00047C37">
            <w:pPr>
              <w:spacing w:line="276" w:lineRule="auto"/>
              <w:jc w:val="center"/>
              <w:rPr>
                <w:rFonts w:ascii="Times New Roman" w:hAnsi="Times New Roman" w:cs="Times New Roman"/>
                <w:b/>
                <w:bCs/>
                <w:sz w:val="28"/>
                <w:szCs w:val="28"/>
              </w:rPr>
            </w:pPr>
            <w:r w:rsidRPr="00BB413C">
              <w:rPr>
                <w:rFonts w:ascii="Times New Roman" w:hAnsi="Times New Roman" w:cs="Times New Roman"/>
                <w:i/>
                <w:iCs/>
                <w:noProof/>
                <w:sz w:val="28"/>
                <w:szCs w:val="28"/>
              </w:rPr>
              <mc:AlternateContent>
                <mc:Choice Requires="wps">
                  <w:drawing>
                    <wp:anchor distT="0" distB="0" distL="114300" distR="114300" simplePos="0" relativeHeight="251668992" behindDoc="0" locked="0" layoutInCell="1" allowOverlap="1" wp14:anchorId="4DEE1321" wp14:editId="64B5C885">
                      <wp:simplePos x="0" y="0"/>
                      <wp:positionH relativeFrom="column">
                        <wp:posOffset>828675</wp:posOffset>
                      </wp:positionH>
                      <wp:positionV relativeFrom="paragraph">
                        <wp:posOffset>229870</wp:posOffset>
                      </wp:positionV>
                      <wp:extent cx="2152650" cy="0"/>
                      <wp:effectExtent l="0" t="0" r="0" b="0"/>
                      <wp:wrapNone/>
                      <wp:docPr id="1936684056" name="Straight Connector 2"/>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8F46E00" id="Straight Connector 2"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65.25pt,18.1pt" to="234.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" strokecolor="#f68c36 [3049]"/>
                  </w:pict>
                </mc:Fallback>
              </mc:AlternateContent>
            </w:r>
            <w:r w:rsidR="0042647B" w:rsidRPr="00BB413C">
              <w:rPr>
                <w:rFonts w:ascii="Times New Roman" w:hAnsi="Times New Roman" w:cs="Times New Roman"/>
                <w:b/>
                <w:bCs/>
                <w:sz w:val="28"/>
                <w:szCs w:val="28"/>
              </w:rPr>
              <w:t>Độc lập – Tự do – Hạnh phúc</w:t>
            </w:r>
          </w:p>
          <w:p w14:paraId="7C8CB545" w14:textId="3763F30A" w:rsidR="00EB65DE" w:rsidRPr="00BB413C" w:rsidRDefault="00EB65DE" w:rsidP="00047C37">
            <w:pPr>
              <w:spacing w:line="276" w:lineRule="auto"/>
              <w:jc w:val="center"/>
              <w:rPr>
                <w:rFonts w:ascii="Times New Roman" w:hAnsi="Times New Roman" w:cs="Times New Roman"/>
                <w:b/>
                <w:bCs/>
                <w:sz w:val="28"/>
                <w:szCs w:val="28"/>
              </w:rPr>
            </w:pPr>
          </w:p>
          <w:p w14:paraId="3133E987" w14:textId="7BDE730F" w:rsidR="0042647B" w:rsidRPr="00BB413C" w:rsidRDefault="00EB65DE" w:rsidP="00047C37">
            <w:pPr>
              <w:spacing w:line="276" w:lineRule="auto"/>
              <w:jc w:val="center"/>
              <w:rPr>
                <w:rFonts w:ascii="Times New Roman" w:hAnsi="Times New Roman" w:cs="Times New Roman"/>
                <w:i/>
                <w:iCs/>
                <w:sz w:val="28"/>
                <w:szCs w:val="28"/>
              </w:rPr>
            </w:pPr>
            <w:r w:rsidRPr="00BB413C">
              <w:rPr>
                <w:rFonts w:ascii="Times New Roman" w:hAnsi="Times New Roman" w:cs="Times New Roman"/>
                <w:i/>
                <w:iCs/>
                <w:sz w:val="28"/>
                <w:szCs w:val="28"/>
              </w:rPr>
              <w:t>Hồng Sơn, ngày 19 tháng 01 năm 2026</w:t>
            </w:r>
          </w:p>
        </w:tc>
      </w:tr>
    </w:tbl>
    <w:p w14:paraId="2C3CC31D" w14:textId="77777777" w:rsidR="00E37781" w:rsidRDefault="00E37781" w:rsidP="00047C37">
      <w:pPr>
        <w:pStyle w:val="Heading1"/>
        <w:spacing w:before="0"/>
        <w:jc w:val="center"/>
        <w:rPr>
          <w:rFonts w:ascii="Times New Roman" w:hAnsi="Times New Roman" w:cs="Times New Roman"/>
          <w:color w:val="auto"/>
        </w:rPr>
      </w:pPr>
    </w:p>
    <w:p w14:paraId="4A7164E6" w14:textId="1CBA257C" w:rsidR="0042647B" w:rsidRPr="00BB413C" w:rsidRDefault="00000000" w:rsidP="00047C37">
      <w:pPr>
        <w:pStyle w:val="Heading1"/>
        <w:spacing w:before="0"/>
        <w:jc w:val="center"/>
        <w:rPr>
          <w:rFonts w:ascii="Times New Roman" w:hAnsi="Times New Roman" w:cs="Times New Roman"/>
          <w:color w:val="auto"/>
        </w:rPr>
      </w:pPr>
      <w:r w:rsidRPr="00BB413C">
        <w:rPr>
          <w:rFonts w:ascii="Times New Roman" w:hAnsi="Times New Roman" w:cs="Times New Roman"/>
          <w:color w:val="auto"/>
        </w:rPr>
        <w:t>KẾ HOẠCH</w:t>
      </w:r>
    </w:p>
    <w:p w14:paraId="27584F7F" w14:textId="0CB93B82" w:rsidR="0042647B" w:rsidRPr="00BB413C" w:rsidRDefault="0042647B" w:rsidP="00047C37">
      <w:pPr>
        <w:spacing w:after="0"/>
        <w:jc w:val="center"/>
        <w:rPr>
          <w:rFonts w:ascii="Times New Roman" w:hAnsi="Times New Roman" w:cs="Times New Roman"/>
          <w:b/>
          <w:bCs/>
          <w:sz w:val="28"/>
          <w:szCs w:val="28"/>
        </w:rPr>
      </w:pPr>
      <w:r w:rsidRPr="00BB413C">
        <w:rPr>
          <w:rFonts w:ascii="Times New Roman" w:hAnsi="Times New Roman" w:cs="Times New Roman"/>
          <w:b/>
          <w:bCs/>
          <w:sz w:val="28"/>
          <w:szCs w:val="28"/>
        </w:rPr>
        <w:t>Tổ chức chương trình “Xuân yêu thương – Bé sáng tạo cùng Steam”</w:t>
      </w:r>
    </w:p>
    <w:p w14:paraId="0F67BE51" w14:textId="77777777" w:rsidR="00BB413C" w:rsidRDefault="00BB413C" w:rsidP="00047C37">
      <w:pPr>
        <w:spacing w:after="0"/>
        <w:ind w:firstLine="720"/>
        <w:rPr>
          <w:rFonts w:ascii="Times New Roman" w:hAnsi="Times New Roman" w:cs="Times New Roman"/>
          <w:sz w:val="28"/>
          <w:szCs w:val="28"/>
        </w:rPr>
      </w:pPr>
    </w:p>
    <w:p w14:paraId="387F4CFB" w14:textId="6C04CE35" w:rsidR="00EB65DE" w:rsidRPr="00BB413C" w:rsidRDefault="00B575E0" w:rsidP="00047C37">
      <w:pPr>
        <w:spacing w:after="0"/>
        <w:ind w:firstLine="720"/>
        <w:jc w:val="both"/>
        <w:rPr>
          <w:rFonts w:ascii="Times New Roman" w:hAnsi="Times New Roman" w:cs="Times New Roman"/>
          <w:sz w:val="28"/>
          <w:szCs w:val="28"/>
        </w:rPr>
      </w:pPr>
      <w:r w:rsidRPr="00B575E0">
        <w:rPr>
          <w:rFonts w:ascii="Times New Roman" w:hAnsi="Times New Roman" w:cs="Times New Roman"/>
          <w:sz w:val="28"/>
          <w:szCs w:val="28"/>
        </w:rPr>
        <w:t xml:space="preserve">Căn cứ Chương trình Giáo dục mầm non </w:t>
      </w:r>
      <w:r w:rsidR="00EB65DE" w:rsidRPr="00BB413C">
        <w:rPr>
          <w:rFonts w:ascii="Times New Roman" w:hAnsi="Times New Roman" w:cs="Times New Roman"/>
          <w:sz w:val="28"/>
          <w:szCs w:val="28"/>
        </w:rPr>
        <w:t>nhà trường giai đoạn 2025-2028;</w:t>
      </w:r>
    </w:p>
    <w:p w14:paraId="44188839" w14:textId="435E2995" w:rsidR="00EB65DE" w:rsidRPr="00BB413C" w:rsidRDefault="00B575E0" w:rsidP="00047C37">
      <w:pPr>
        <w:spacing w:after="0"/>
        <w:ind w:firstLine="720"/>
        <w:jc w:val="both"/>
        <w:rPr>
          <w:rFonts w:ascii="Times New Roman" w:hAnsi="Times New Roman" w:cs="Times New Roman"/>
          <w:sz w:val="28"/>
          <w:szCs w:val="28"/>
        </w:rPr>
      </w:pPr>
      <w:r w:rsidRPr="00B575E0">
        <w:rPr>
          <w:rFonts w:ascii="Times New Roman" w:hAnsi="Times New Roman" w:cs="Times New Roman"/>
          <w:sz w:val="28"/>
          <w:szCs w:val="28"/>
        </w:rPr>
        <w:t>Căn cứ Kế hoạch thực hiện nhiệm vụ năm học 2025 – 2026</w:t>
      </w:r>
      <w:r w:rsidR="00EB65DE" w:rsidRPr="00BB413C">
        <w:rPr>
          <w:rFonts w:ascii="Times New Roman" w:hAnsi="Times New Roman" w:cs="Times New Roman"/>
          <w:sz w:val="28"/>
          <w:szCs w:val="28"/>
        </w:rPr>
        <w:t xml:space="preserve">; Kế hoạch tổ chức các ngày lễ hội và hoạt động trải nghiệm cho trẻ của </w:t>
      </w:r>
      <w:r w:rsidR="00EB65DE" w:rsidRPr="00B575E0">
        <w:rPr>
          <w:rFonts w:ascii="Times New Roman" w:hAnsi="Times New Roman" w:cs="Times New Roman"/>
          <w:sz w:val="28"/>
          <w:szCs w:val="28"/>
        </w:rPr>
        <w:t>Trường Mầm non Hồng Sơn</w:t>
      </w:r>
      <w:r w:rsidR="00EB65DE" w:rsidRPr="00BB413C">
        <w:rPr>
          <w:rFonts w:ascii="Times New Roman" w:hAnsi="Times New Roman" w:cs="Times New Roman"/>
          <w:sz w:val="28"/>
          <w:szCs w:val="28"/>
        </w:rPr>
        <w:t xml:space="preserve"> năm học 2025-2026</w:t>
      </w:r>
      <w:r w:rsidR="00EB65DE" w:rsidRPr="00B575E0">
        <w:rPr>
          <w:rFonts w:ascii="Times New Roman" w:hAnsi="Times New Roman" w:cs="Times New Roman"/>
          <w:sz w:val="28"/>
          <w:szCs w:val="28"/>
        </w:rPr>
        <w:t>;</w:t>
      </w:r>
    </w:p>
    <w:p w14:paraId="00BF1F68" w14:textId="08085E5B" w:rsidR="00B575E0" w:rsidRPr="00B575E0" w:rsidRDefault="00B575E0" w:rsidP="00047C37">
      <w:pPr>
        <w:spacing w:after="0"/>
        <w:ind w:firstLine="720"/>
        <w:jc w:val="both"/>
        <w:rPr>
          <w:rFonts w:ascii="Times New Roman" w:hAnsi="Times New Roman" w:cs="Times New Roman"/>
          <w:sz w:val="28"/>
          <w:szCs w:val="28"/>
        </w:rPr>
      </w:pPr>
      <w:r w:rsidRPr="00B575E0">
        <w:rPr>
          <w:rFonts w:ascii="Times New Roman" w:hAnsi="Times New Roman" w:cs="Times New Roman"/>
          <w:sz w:val="28"/>
          <w:szCs w:val="28"/>
        </w:rPr>
        <w:t>Căn cứ điều kiện thực tế về đội ngũ, cơ sở vật chất và nhu cầu tổ chức hoạt động trải nghiệm cho trẻ tại nhà trường.</w:t>
      </w:r>
    </w:p>
    <w:p w14:paraId="3FF02950" w14:textId="77777777" w:rsidR="00721ABA" w:rsidRPr="00E37781" w:rsidRDefault="00000000" w:rsidP="00047C37">
      <w:pPr>
        <w:spacing w:after="0"/>
        <w:ind w:firstLine="720"/>
        <w:jc w:val="both"/>
        <w:rPr>
          <w:rFonts w:ascii="Times New Roman" w:hAnsi="Times New Roman" w:cs="Times New Roman"/>
          <w:b/>
          <w:bCs/>
          <w:sz w:val="28"/>
          <w:szCs w:val="28"/>
        </w:rPr>
      </w:pPr>
      <w:r w:rsidRPr="00E37781">
        <w:rPr>
          <w:rFonts w:ascii="Times New Roman" w:hAnsi="Times New Roman" w:cs="Times New Roman"/>
          <w:b/>
          <w:bCs/>
          <w:sz w:val="28"/>
          <w:szCs w:val="28"/>
        </w:rPr>
        <w:t>I. MỤC ĐÍCH – YÊU CẦU</w:t>
      </w:r>
    </w:p>
    <w:p w14:paraId="32BB6404" w14:textId="352DFA82" w:rsidR="00721ABA" w:rsidRPr="00BB413C" w:rsidRDefault="00B575E0" w:rsidP="00047C37">
      <w:pPr>
        <w:spacing w:after="0"/>
        <w:ind w:firstLine="720"/>
        <w:jc w:val="both"/>
        <w:rPr>
          <w:rFonts w:ascii="Times New Roman" w:hAnsi="Times New Roman" w:cs="Times New Roman"/>
          <w:sz w:val="28"/>
          <w:szCs w:val="28"/>
        </w:rPr>
      </w:pPr>
      <w:r w:rsidRPr="00B575E0">
        <w:rPr>
          <w:rFonts w:ascii="Times New Roman" w:hAnsi="Times New Roman" w:cs="Times New Roman"/>
          <w:b/>
          <w:bCs/>
          <w:sz w:val="28"/>
          <w:szCs w:val="28"/>
        </w:rPr>
        <w:t>1. Mục đích</w:t>
      </w:r>
    </w:p>
    <w:p w14:paraId="3430DCD4" w14:textId="77777777" w:rsidR="00721ABA" w:rsidRPr="00BB413C" w:rsidRDefault="00721ABA" w:rsidP="00047C37">
      <w:pPr>
        <w:spacing w:after="0"/>
        <w:ind w:firstLine="720"/>
        <w:jc w:val="both"/>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Tạo không khí vui tươi, ấm áp, giúp trẻ cảm nhận được ý nghĩa của mùa xuân và Tết cổ truyền dân tộc.</w:t>
      </w:r>
    </w:p>
    <w:p w14:paraId="47648EEB" w14:textId="77777777" w:rsidR="00721ABA" w:rsidRPr="00BB413C" w:rsidRDefault="00721ABA" w:rsidP="00047C37">
      <w:pPr>
        <w:spacing w:after="0"/>
        <w:ind w:firstLine="720"/>
        <w:jc w:val="both"/>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Tổ chức cho trẻ được trải nghiệm, sáng tạo thông qua các hoạt động STEAM, phù hợp với từng độ tuổi mầm non.</w:t>
      </w:r>
    </w:p>
    <w:p w14:paraId="6E0D3631" w14:textId="77777777" w:rsidR="00721ABA" w:rsidRPr="00BB413C" w:rsidRDefault="00721ABA" w:rsidP="00047C37">
      <w:pPr>
        <w:spacing w:after="0"/>
        <w:ind w:firstLine="720"/>
        <w:jc w:val="both"/>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Phát triển cho trẻ các kỹ năng: quan sát, tư duy sáng tạo, trải nghiệm thực tế, hợp tác nhóm, giao tiếp và tự tin.</w:t>
      </w:r>
    </w:p>
    <w:p w14:paraId="765E3A82" w14:textId="77777777" w:rsidR="00721ABA" w:rsidRPr="00BB413C" w:rsidRDefault="00721ABA" w:rsidP="00047C37">
      <w:pPr>
        <w:spacing w:after="0"/>
        <w:ind w:firstLine="720"/>
        <w:jc w:val="both"/>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Tăng cường sự phối hợp giữa nhà trường – gia đình – cộng đồng trong công tác chăm sóc, giáo dục trẻ.</w:t>
      </w:r>
    </w:p>
    <w:p w14:paraId="50B239BD" w14:textId="77777777" w:rsidR="00721ABA" w:rsidRPr="00BB413C" w:rsidRDefault="00B575E0" w:rsidP="00047C37">
      <w:pPr>
        <w:spacing w:after="0"/>
        <w:ind w:firstLine="720"/>
        <w:jc w:val="both"/>
        <w:rPr>
          <w:rFonts w:ascii="Times New Roman" w:hAnsi="Times New Roman" w:cs="Times New Roman"/>
          <w:b/>
          <w:bCs/>
          <w:sz w:val="28"/>
          <w:szCs w:val="28"/>
        </w:rPr>
      </w:pPr>
      <w:r w:rsidRPr="00B575E0">
        <w:rPr>
          <w:rFonts w:ascii="Times New Roman" w:hAnsi="Times New Roman" w:cs="Times New Roman"/>
          <w:b/>
          <w:bCs/>
          <w:sz w:val="28"/>
          <w:szCs w:val="28"/>
        </w:rPr>
        <w:t>2. Yêu cầu</w:t>
      </w:r>
    </w:p>
    <w:p w14:paraId="406B7E82" w14:textId="77777777" w:rsidR="00721ABA" w:rsidRPr="00BB413C" w:rsidRDefault="00721ABA"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Nội dung hoạt động phù hợp với đặc điểm tâm sinh lý của trẻ mầm non, đảm bảo an toàn tuyệt đối.</w:t>
      </w:r>
    </w:p>
    <w:p w14:paraId="37AA150C" w14:textId="77777777" w:rsidR="00721ABA" w:rsidRPr="00BB413C" w:rsidRDefault="00721ABA"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Các hoạt động STEAM đơn giản, gần gũi, mang đậm không khí Tết và văn hóa truyền thống.</w:t>
      </w:r>
    </w:p>
    <w:p w14:paraId="38DC50C9" w14:textId="0D415F43" w:rsidR="00B575E0" w:rsidRPr="00B575E0" w:rsidRDefault="00721ABA"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Tổ chức tiết kiệm, hiệu quả, thiết thực, có giá trị giáo dục cao.</w:t>
      </w:r>
    </w:p>
    <w:p w14:paraId="688B4A42" w14:textId="77777777" w:rsidR="0061352E" w:rsidRPr="00BB413C" w:rsidRDefault="00B575E0" w:rsidP="00047C37">
      <w:pPr>
        <w:spacing w:after="0"/>
        <w:ind w:firstLine="720"/>
        <w:jc w:val="both"/>
        <w:rPr>
          <w:rFonts w:ascii="Times New Roman" w:hAnsi="Times New Roman" w:cs="Times New Roman"/>
          <w:b/>
          <w:bCs/>
          <w:sz w:val="28"/>
          <w:szCs w:val="28"/>
        </w:rPr>
      </w:pPr>
      <w:r w:rsidRPr="00B575E0">
        <w:rPr>
          <w:rFonts w:ascii="Times New Roman" w:hAnsi="Times New Roman" w:cs="Times New Roman"/>
          <w:b/>
          <w:bCs/>
          <w:sz w:val="28"/>
          <w:szCs w:val="28"/>
        </w:rPr>
        <w:t>II. THỜI GIAN – ĐỊA ĐIỂM – THÀNH PHẦN</w:t>
      </w:r>
    </w:p>
    <w:p w14:paraId="38455F48" w14:textId="7113E566" w:rsidR="0061352E" w:rsidRPr="00BB413C" w:rsidRDefault="0061352E"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B413C">
        <w:rPr>
          <w:rFonts w:ascii="Times New Roman" w:hAnsi="Times New Roman" w:cs="Times New Roman"/>
          <w:b/>
          <w:bCs/>
          <w:sz w:val="28"/>
          <w:szCs w:val="28"/>
        </w:rPr>
        <w:t>Thời gian:</w:t>
      </w:r>
      <w:r w:rsidR="00B575E0" w:rsidRPr="00BB413C">
        <w:rPr>
          <w:rFonts w:ascii="Times New Roman" w:hAnsi="Times New Roman" w:cs="Times New Roman"/>
          <w:sz w:val="28"/>
          <w:szCs w:val="28"/>
        </w:rPr>
        <w:t xml:space="preserve"> 7h30</w:t>
      </w:r>
      <w:r w:rsidR="00BB413C">
        <w:rPr>
          <w:rFonts w:ascii="Times New Roman" w:hAnsi="Times New Roman" w:cs="Times New Roman"/>
          <w:sz w:val="28"/>
          <w:szCs w:val="28"/>
        </w:rPr>
        <w:t>-</w:t>
      </w:r>
      <w:r w:rsidR="00B575E0" w:rsidRPr="00BB413C">
        <w:rPr>
          <w:rFonts w:ascii="Times New Roman" w:hAnsi="Times New Roman" w:cs="Times New Roman"/>
          <w:sz w:val="28"/>
          <w:szCs w:val="28"/>
        </w:rPr>
        <w:t>1</w:t>
      </w:r>
      <w:r w:rsidR="00D64F1B" w:rsidRPr="00BB413C">
        <w:rPr>
          <w:rFonts w:ascii="Times New Roman" w:hAnsi="Times New Roman" w:cs="Times New Roman"/>
          <w:sz w:val="28"/>
          <w:szCs w:val="28"/>
        </w:rPr>
        <w:t>0</w:t>
      </w:r>
      <w:r w:rsidR="00B575E0" w:rsidRPr="00BB413C">
        <w:rPr>
          <w:rFonts w:ascii="Times New Roman" w:hAnsi="Times New Roman" w:cs="Times New Roman"/>
          <w:sz w:val="28"/>
          <w:szCs w:val="28"/>
        </w:rPr>
        <w:t xml:space="preserve">h00, ngày </w:t>
      </w:r>
      <w:r w:rsidR="00D64F1B" w:rsidRPr="00BB413C">
        <w:rPr>
          <w:rFonts w:ascii="Times New Roman" w:hAnsi="Times New Roman" w:cs="Times New Roman"/>
          <w:sz w:val="28"/>
          <w:szCs w:val="28"/>
        </w:rPr>
        <w:t>11</w:t>
      </w:r>
      <w:r w:rsidR="00B575E0" w:rsidRPr="00BB413C">
        <w:rPr>
          <w:rFonts w:ascii="Times New Roman" w:hAnsi="Times New Roman" w:cs="Times New Roman"/>
          <w:sz w:val="28"/>
          <w:szCs w:val="28"/>
        </w:rPr>
        <w:t xml:space="preserve"> tháng </w:t>
      </w:r>
      <w:r w:rsidR="00D64F1B" w:rsidRPr="00BB413C">
        <w:rPr>
          <w:rFonts w:ascii="Times New Roman" w:hAnsi="Times New Roman" w:cs="Times New Roman"/>
          <w:sz w:val="28"/>
          <w:szCs w:val="28"/>
        </w:rPr>
        <w:t>02</w:t>
      </w:r>
      <w:r w:rsidR="00B575E0" w:rsidRPr="00BB413C">
        <w:rPr>
          <w:rFonts w:ascii="Times New Roman" w:hAnsi="Times New Roman" w:cs="Times New Roman"/>
          <w:sz w:val="28"/>
          <w:szCs w:val="28"/>
        </w:rPr>
        <w:t xml:space="preserve"> năm 2026</w:t>
      </w:r>
      <w:r w:rsidR="00D64F1B" w:rsidRPr="00BB413C">
        <w:rPr>
          <w:rFonts w:ascii="Times New Roman" w:hAnsi="Times New Roman" w:cs="Times New Roman"/>
          <w:sz w:val="28"/>
          <w:szCs w:val="28"/>
        </w:rPr>
        <w:t xml:space="preserve"> (Tức ngày 24/12 ÂL)</w:t>
      </w:r>
    </w:p>
    <w:p w14:paraId="75BEA2A8" w14:textId="77777777" w:rsidR="0061352E" w:rsidRPr="00BB413C" w:rsidRDefault="0061352E"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b/>
          <w:bCs/>
          <w:sz w:val="28"/>
          <w:szCs w:val="28"/>
        </w:rPr>
        <w:t>Địa điểm:</w:t>
      </w:r>
      <w:r w:rsidR="00B575E0" w:rsidRPr="00B575E0">
        <w:rPr>
          <w:rFonts w:ascii="Times New Roman" w:hAnsi="Times New Roman" w:cs="Times New Roman"/>
          <w:sz w:val="28"/>
          <w:szCs w:val="28"/>
        </w:rPr>
        <w:t xml:space="preserve"> Khuôn viên Trường Mầm non Hồng Sơn</w:t>
      </w:r>
    </w:p>
    <w:p w14:paraId="76EBEFEE" w14:textId="77777777" w:rsidR="0061352E" w:rsidRPr="00BB413C" w:rsidRDefault="0061352E"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b/>
          <w:bCs/>
          <w:sz w:val="28"/>
          <w:szCs w:val="28"/>
        </w:rPr>
        <w:t>Thành phần tham gia:</w:t>
      </w:r>
    </w:p>
    <w:p w14:paraId="40F34F3F" w14:textId="77777777" w:rsidR="0061352E" w:rsidRPr="00BB413C" w:rsidRDefault="0061352E"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Ban Giám hiệu, cán bộ, giáo viên, nhân viên nhà trường</w:t>
      </w:r>
    </w:p>
    <w:p w14:paraId="0A3AAF3D" w14:textId="7AB7E5F4" w:rsidR="0061352E" w:rsidRPr="00BB413C" w:rsidRDefault="0061352E" w:rsidP="00047C37">
      <w:pPr>
        <w:spacing w:after="0"/>
        <w:ind w:firstLine="720"/>
        <w:jc w:val="both"/>
        <w:rPr>
          <w:rFonts w:ascii="Times New Roman" w:hAnsi="Times New Roman" w:cs="Times New Roman"/>
          <w:b/>
          <w:bCs/>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Trẻ các nhóm/lớp</w:t>
      </w:r>
    </w:p>
    <w:p w14:paraId="73F1D0E5" w14:textId="77777777" w:rsidR="005C6BD1" w:rsidRPr="00BB413C" w:rsidRDefault="0061352E" w:rsidP="00047C37">
      <w:pPr>
        <w:spacing w:after="0"/>
        <w:ind w:left="720"/>
        <w:jc w:val="both"/>
        <w:rPr>
          <w:rFonts w:ascii="Times New Roman" w:hAnsi="Times New Roman" w:cs="Times New Roman"/>
          <w:sz w:val="28"/>
          <w:szCs w:val="28"/>
        </w:rPr>
      </w:pPr>
      <w:r w:rsidRPr="00BB413C">
        <w:rPr>
          <w:rFonts w:ascii="Times New Roman" w:hAnsi="Times New Roman" w:cs="Times New Roman"/>
          <w:b/>
          <w:bCs/>
          <w:sz w:val="28"/>
          <w:szCs w:val="28"/>
        </w:rPr>
        <w:t xml:space="preserve">+ </w:t>
      </w:r>
      <w:r w:rsidR="00D64F1B" w:rsidRPr="00BB413C">
        <w:rPr>
          <w:rFonts w:ascii="Times New Roman" w:hAnsi="Times New Roman" w:cs="Times New Roman"/>
          <w:sz w:val="28"/>
          <w:szCs w:val="28"/>
        </w:rPr>
        <w:t>Cha</w:t>
      </w:r>
      <w:r w:rsidR="00B575E0" w:rsidRPr="00B575E0">
        <w:rPr>
          <w:rFonts w:ascii="Times New Roman" w:hAnsi="Times New Roman" w:cs="Times New Roman"/>
          <w:sz w:val="28"/>
          <w:szCs w:val="28"/>
        </w:rPr>
        <w:t xml:space="preserve"> mẹ trẻ </w:t>
      </w:r>
    </w:p>
    <w:p w14:paraId="518427AE" w14:textId="59F7E400" w:rsidR="005C6BD1" w:rsidRPr="00BB413C" w:rsidRDefault="00B575E0" w:rsidP="00047C37">
      <w:pPr>
        <w:spacing w:after="0"/>
        <w:ind w:left="720"/>
        <w:jc w:val="both"/>
        <w:rPr>
          <w:rFonts w:ascii="Times New Roman" w:hAnsi="Times New Roman" w:cs="Times New Roman"/>
          <w:b/>
          <w:bCs/>
          <w:sz w:val="28"/>
          <w:szCs w:val="28"/>
        </w:rPr>
      </w:pPr>
      <w:r w:rsidRPr="00B575E0">
        <w:rPr>
          <w:rFonts w:ascii="Times New Roman" w:hAnsi="Times New Roman" w:cs="Times New Roman"/>
          <w:b/>
          <w:bCs/>
          <w:sz w:val="28"/>
          <w:szCs w:val="28"/>
        </w:rPr>
        <w:t>I</w:t>
      </w:r>
      <w:r w:rsidR="003D7FCC">
        <w:rPr>
          <w:rFonts w:ascii="Times New Roman" w:hAnsi="Times New Roman" w:cs="Times New Roman"/>
          <w:b/>
          <w:bCs/>
          <w:sz w:val="28"/>
          <w:szCs w:val="28"/>
        </w:rPr>
        <w:t>II</w:t>
      </w:r>
      <w:r w:rsidRPr="00B575E0">
        <w:rPr>
          <w:rFonts w:ascii="Times New Roman" w:hAnsi="Times New Roman" w:cs="Times New Roman"/>
          <w:b/>
          <w:bCs/>
          <w:sz w:val="28"/>
          <w:szCs w:val="28"/>
        </w:rPr>
        <w:t>. NỘI DUNG – HÌNH THỨC TỔ CHỨC</w:t>
      </w:r>
    </w:p>
    <w:p w14:paraId="6411AAC3" w14:textId="77777777" w:rsidR="005C6BD1" w:rsidRPr="00BB413C" w:rsidRDefault="00B575E0" w:rsidP="00047C37">
      <w:pPr>
        <w:pStyle w:val="ListParagraph"/>
        <w:numPr>
          <w:ilvl w:val="0"/>
          <w:numId w:val="21"/>
        </w:numPr>
        <w:spacing w:after="0"/>
        <w:jc w:val="both"/>
        <w:rPr>
          <w:rFonts w:ascii="Times New Roman" w:hAnsi="Times New Roman" w:cs="Times New Roman"/>
          <w:b/>
          <w:bCs/>
          <w:sz w:val="28"/>
          <w:szCs w:val="28"/>
        </w:rPr>
      </w:pPr>
      <w:r w:rsidRPr="00BB413C">
        <w:rPr>
          <w:rFonts w:ascii="Times New Roman" w:hAnsi="Times New Roman" w:cs="Times New Roman"/>
          <w:b/>
          <w:bCs/>
          <w:sz w:val="28"/>
          <w:szCs w:val="28"/>
        </w:rPr>
        <w:t>Phần 1: Khai mạc chương trình</w:t>
      </w:r>
    </w:p>
    <w:p w14:paraId="51EA7FFF" w14:textId="77777777" w:rsidR="005C6BD1" w:rsidRPr="00BB413C" w:rsidRDefault="005C6BD1" w:rsidP="00047C37">
      <w:pPr>
        <w:spacing w:after="0"/>
        <w:ind w:left="720"/>
        <w:rPr>
          <w:rFonts w:ascii="Times New Roman" w:hAnsi="Times New Roman" w:cs="Times New Roman"/>
          <w:sz w:val="28"/>
          <w:szCs w:val="28"/>
        </w:rPr>
      </w:pPr>
      <w:r w:rsidRPr="00BB413C">
        <w:rPr>
          <w:rFonts w:ascii="Times New Roman" w:hAnsi="Times New Roman" w:cs="Times New Roman"/>
          <w:sz w:val="28"/>
          <w:szCs w:val="28"/>
        </w:rPr>
        <w:lastRenderedPageBreak/>
        <w:t xml:space="preserve">- </w:t>
      </w:r>
      <w:r w:rsidR="00B575E0" w:rsidRPr="00BB413C">
        <w:rPr>
          <w:rFonts w:ascii="Times New Roman" w:hAnsi="Times New Roman" w:cs="Times New Roman"/>
          <w:sz w:val="28"/>
          <w:szCs w:val="28"/>
        </w:rPr>
        <w:t>Văn nghệ chào xuân do cô và trẻ biểu diễn</w:t>
      </w:r>
    </w:p>
    <w:p w14:paraId="591D3674" w14:textId="77777777" w:rsidR="005C6BD1" w:rsidRPr="00BB413C" w:rsidRDefault="005C6BD1" w:rsidP="00047C37">
      <w:pPr>
        <w:spacing w:after="0"/>
        <w:ind w:left="720"/>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Tuyên bố lý do, giới thiệu đại biểu</w:t>
      </w:r>
    </w:p>
    <w:p w14:paraId="39CB26B6" w14:textId="77777777" w:rsidR="00C02F58" w:rsidRPr="00BB413C" w:rsidRDefault="005C6BD1" w:rsidP="00047C37">
      <w:pPr>
        <w:spacing w:after="0"/>
        <w:ind w:left="720"/>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Phát biểu khai mạc chương trình</w:t>
      </w:r>
    </w:p>
    <w:p w14:paraId="642C687C" w14:textId="77777777" w:rsidR="00C02F58" w:rsidRPr="00BB413C"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2. Phần 2: Các trạm trải nghiệm</w:t>
      </w:r>
    </w:p>
    <w:p w14:paraId="0EFCFA4E" w14:textId="77777777" w:rsidR="00730575" w:rsidRPr="00BB413C" w:rsidRDefault="00B575E0" w:rsidP="00047C37">
      <w:pPr>
        <w:spacing w:after="0"/>
        <w:ind w:left="720"/>
        <w:rPr>
          <w:rFonts w:ascii="Times New Roman" w:hAnsi="Times New Roman" w:cs="Times New Roman"/>
          <w:i/>
          <w:iCs/>
          <w:sz w:val="28"/>
          <w:szCs w:val="28"/>
        </w:rPr>
      </w:pPr>
      <w:r w:rsidRPr="00B575E0">
        <w:rPr>
          <w:rFonts w:ascii="Times New Roman" w:hAnsi="Times New Roman" w:cs="Times New Roman"/>
          <w:b/>
          <w:bCs/>
          <w:sz w:val="28"/>
          <w:szCs w:val="28"/>
        </w:rPr>
        <w:t>“BÉ SÁNG TẠO CÙNG STEAM”</w:t>
      </w:r>
      <w:r w:rsidRPr="00B575E0">
        <w:rPr>
          <w:rFonts w:ascii="Times New Roman" w:hAnsi="Times New Roman" w:cs="Times New Roman"/>
          <w:sz w:val="28"/>
          <w:szCs w:val="28"/>
        </w:rPr>
        <w:br/>
      </w:r>
      <w:r w:rsidRPr="00B575E0">
        <w:rPr>
          <w:rFonts w:ascii="Times New Roman" w:hAnsi="Times New Roman" w:cs="Times New Roman"/>
          <w:i/>
          <w:iCs/>
          <w:sz w:val="28"/>
          <w:szCs w:val="28"/>
        </w:rPr>
        <w:t>(Tổ chức theo độ tuổi – mỗi độ tuổi là một trạm trải nghiệm)</w:t>
      </w:r>
    </w:p>
    <w:p w14:paraId="74E8826E"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Segoe UI Emoji" w:hAnsi="Segoe UI Emoji" w:cs="Segoe UI Emoji"/>
          <w:b/>
          <w:bCs/>
          <w:sz w:val="28"/>
          <w:szCs w:val="28"/>
        </w:rPr>
        <w:t>🔹</w:t>
      </w:r>
      <w:r w:rsidRPr="00B575E0">
        <w:rPr>
          <w:rFonts w:ascii="Times New Roman" w:hAnsi="Times New Roman" w:cs="Times New Roman"/>
          <w:b/>
          <w:bCs/>
          <w:sz w:val="28"/>
          <w:szCs w:val="28"/>
        </w:rPr>
        <w:t xml:space="preserve"> Trạm 1: Nhà trẻ (24–36 tháng)</w:t>
      </w:r>
    </w:p>
    <w:p w14:paraId="5444FB0F"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Chủ đề: Bé vui xuân</w:t>
      </w:r>
    </w:p>
    <w:p w14:paraId="30E53958" w14:textId="46F30C6E" w:rsidR="003B0AD5" w:rsidRDefault="003B0AD5" w:rsidP="00047C37">
      <w:pPr>
        <w:spacing w:after="0"/>
        <w:ind w:left="720"/>
        <w:rPr>
          <w:rFonts w:ascii="Times New Roman" w:hAnsi="Times New Roman" w:cs="Times New Roman"/>
          <w:sz w:val="28"/>
          <w:szCs w:val="28"/>
        </w:rPr>
      </w:pPr>
      <w:r w:rsidRPr="003B0AD5">
        <w:rPr>
          <w:rFonts w:ascii="Times New Roman" w:hAnsi="Times New Roman" w:cs="Times New Roman"/>
          <w:sz w:val="28"/>
          <w:szCs w:val="28"/>
        </w:rPr>
        <w:t xml:space="preserve">- </w:t>
      </w:r>
      <w:r w:rsidR="00523AD1">
        <w:rPr>
          <w:rFonts w:ascii="Times New Roman" w:hAnsi="Times New Roman" w:cs="Times New Roman"/>
          <w:sz w:val="28"/>
          <w:szCs w:val="28"/>
        </w:rPr>
        <w:t>Chấm màu tạo hoa xuân</w:t>
      </w:r>
    </w:p>
    <w:p w14:paraId="329E7505" w14:textId="63DE8E89" w:rsidR="003B0AD5" w:rsidRDefault="003B0AD5" w:rsidP="00047C37">
      <w:pPr>
        <w:spacing w:after="0"/>
        <w:ind w:left="720"/>
        <w:rPr>
          <w:rFonts w:ascii="Times New Roman" w:hAnsi="Times New Roman" w:cs="Times New Roman"/>
          <w:sz w:val="28"/>
          <w:szCs w:val="28"/>
        </w:rPr>
      </w:pPr>
      <w:r>
        <w:rPr>
          <w:rFonts w:ascii="Times New Roman" w:hAnsi="Times New Roman" w:cs="Times New Roman"/>
          <w:sz w:val="28"/>
          <w:szCs w:val="28"/>
        </w:rPr>
        <w:t>- Dán trang trí dưa hấu</w:t>
      </w:r>
    </w:p>
    <w:p w14:paraId="1915011E" w14:textId="6F250212" w:rsidR="003B0AD5" w:rsidRPr="003B0AD5" w:rsidRDefault="003B0AD5" w:rsidP="00047C37">
      <w:pPr>
        <w:spacing w:after="0"/>
        <w:ind w:left="720"/>
        <w:rPr>
          <w:rFonts w:ascii="Times New Roman" w:hAnsi="Times New Roman" w:cs="Times New Roman"/>
          <w:sz w:val="28"/>
          <w:szCs w:val="28"/>
        </w:rPr>
      </w:pPr>
      <w:r>
        <w:rPr>
          <w:rFonts w:ascii="Times New Roman" w:hAnsi="Times New Roman" w:cs="Times New Roman"/>
          <w:sz w:val="28"/>
          <w:szCs w:val="28"/>
        </w:rPr>
        <w:t>- Làm</w:t>
      </w:r>
      <w:r w:rsidR="007026E3">
        <w:rPr>
          <w:rFonts w:ascii="Times New Roman" w:hAnsi="Times New Roman" w:cs="Times New Roman"/>
          <w:sz w:val="28"/>
          <w:szCs w:val="28"/>
        </w:rPr>
        <w:t xml:space="preserve"> cành</w:t>
      </w:r>
      <w:r>
        <w:rPr>
          <w:rFonts w:ascii="Times New Roman" w:hAnsi="Times New Roman" w:cs="Times New Roman"/>
          <w:sz w:val="28"/>
          <w:szCs w:val="28"/>
        </w:rPr>
        <w:t xml:space="preserve"> đào từ đất nặn</w:t>
      </w:r>
    </w:p>
    <w:p w14:paraId="15131ED7"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Segoe UI Emoji" w:hAnsi="Segoe UI Emoji" w:cs="Segoe UI Emoji"/>
          <w:b/>
          <w:bCs/>
          <w:sz w:val="28"/>
          <w:szCs w:val="28"/>
        </w:rPr>
        <w:t>🔹</w:t>
      </w:r>
      <w:r w:rsidRPr="00B575E0">
        <w:rPr>
          <w:rFonts w:ascii="Times New Roman" w:hAnsi="Times New Roman" w:cs="Times New Roman"/>
          <w:b/>
          <w:bCs/>
          <w:sz w:val="28"/>
          <w:szCs w:val="28"/>
        </w:rPr>
        <w:t xml:space="preserve"> Trạm 2: Trẻ 3 tuổi</w:t>
      </w:r>
    </w:p>
    <w:p w14:paraId="2D6F5E2A" w14:textId="77777777" w:rsidR="00730575"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Chủ đề: Sắc xuân của bé</w:t>
      </w:r>
    </w:p>
    <w:p w14:paraId="080E3D32" w14:textId="18260617"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FF19DE">
        <w:rPr>
          <w:rFonts w:ascii="Times New Roman" w:hAnsi="Times New Roman" w:cs="Times New Roman"/>
          <w:sz w:val="28"/>
          <w:szCs w:val="28"/>
        </w:rPr>
        <w:t>Trang trí cành đào từ đất nặn</w:t>
      </w:r>
    </w:p>
    <w:p w14:paraId="5EA97EB1" w14:textId="526B147D"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9E36E7">
        <w:rPr>
          <w:rFonts w:ascii="Times New Roman" w:hAnsi="Times New Roman" w:cs="Times New Roman"/>
          <w:sz w:val="28"/>
          <w:szCs w:val="28"/>
        </w:rPr>
        <w:t>Thiết kế pháo hoa</w:t>
      </w:r>
    </w:p>
    <w:p w14:paraId="0942FF48" w14:textId="3F12201B"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FF19DE">
        <w:rPr>
          <w:rFonts w:ascii="Times New Roman" w:hAnsi="Times New Roman" w:cs="Times New Roman"/>
          <w:sz w:val="28"/>
          <w:szCs w:val="28"/>
        </w:rPr>
        <w:t>Làm dây trang trí tết</w:t>
      </w:r>
    </w:p>
    <w:p w14:paraId="6DB780D7"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Segoe UI Emoji" w:hAnsi="Segoe UI Emoji" w:cs="Segoe UI Emoji"/>
          <w:b/>
          <w:bCs/>
          <w:sz w:val="28"/>
          <w:szCs w:val="28"/>
        </w:rPr>
        <w:t>🔹</w:t>
      </w:r>
      <w:r w:rsidRPr="00B575E0">
        <w:rPr>
          <w:rFonts w:ascii="Times New Roman" w:hAnsi="Times New Roman" w:cs="Times New Roman"/>
          <w:b/>
          <w:bCs/>
          <w:sz w:val="28"/>
          <w:szCs w:val="28"/>
        </w:rPr>
        <w:t xml:space="preserve"> Trạm 3: Trẻ 4 tuổ</w:t>
      </w:r>
      <w:r w:rsidR="00730575" w:rsidRPr="00BB413C">
        <w:rPr>
          <w:rFonts w:ascii="Times New Roman" w:hAnsi="Times New Roman" w:cs="Times New Roman"/>
          <w:b/>
          <w:bCs/>
          <w:sz w:val="28"/>
          <w:szCs w:val="28"/>
        </w:rPr>
        <w:t>i</w:t>
      </w:r>
    </w:p>
    <w:p w14:paraId="3FB86C92" w14:textId="77777777" w:rsidR="00730575"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Chủ đề: Bé sáng tạo ngày Tết</w:t>
      </w:r>
    </w:p>
    <w:p w14:paraId="6B6B2807" w14:textId="34949F3B" w:rsidR="00157949" w:rsidRPr="00157949" w:rsidRDefault="00157949" w:rsidP="00047C37">
      <w:pPr>
        <w:spacing w:after="0"/>
        <w:ind w:left="720"/>
        <w:rPr>
          <w:rFonts w:ascii="Times New Roman" w:hAnsi="Times New Roman" w:cs="Times New Roman"/>
          <w:sz w:val="28"/>
          <w:szCs w:val="28"/>
        </w:rPr>
      </w:pPr>
      <w:r w:rsidRPr="00157949">
        <w:rPr>
          <w:rFonts w:ascii="Times New Roman" w:hAnsi="Times New Roman" w:cs="Times New Roman"/>
          <w:sz w:val="28"/>
          <w:szCs w:val="28"/>
        </w:rPr>
        <w:t xml:space="preserve">- </w:t>
      </w:r>
      <w:r w:rsidR="009E3955">
        <w:rPr>
          <w:rFonts w:ascii="Times New Roman" w:hAnsi="Times New Roman" w:cs="Times New Roman"/>
          <w:sz w:val="28"/>
          <w:szCs w:val="28"/>
        </w:rPr>
        <w:t>Tô tranh tập thể</w:t>
      </w:r>
    </w:p>
    <w:p w14:paraId="4F9383EB" w14:textId="7E96219C"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9E3955">
        <w:rPr>
          <w:rFonts w:ascii="Times New Roman" w:hAnsi="Times New Roman" w:cs="Times New Roman"/>
          <w:sz w:val="28"/>
          <w:szCs w:val="28"/>
        </w:rPr>
        <w:t>Thí nghiệm: Pháo hoa nở trong nước</w:t>
      </w:r>
    </w:p>
    <w:p w14:paraId="5532FE97" w14:textId="0730774B" w:rsidR="00157949" w:rsidRDefault="00730575" w:rsidP="009E3955">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9E3955">
        <w:rPr>
          <w:rFonts w:ascii="Times New Roman" w:hAnsi="Times New Roman" w:cs="Times New Roman"/>
          <w:sz w:val="28"/>
          <w:szCs w:val="28"/>
        </w:rPr>
        <w:t>Thí nghiệm: Sắc màu nhảy múa</w:t>
      </w:r>
    </w:p>
    <w:p w14:paraId="367D08B7" w14:textId="0C2345DE" w:rsidR="009E3955" w:rsidRDefault="009E3955" w:rsidP="009E3955">
      <w:pPr>
        <w:spacing w:after="0"/>
        <w:ind w:left="720"/>
        <w:rPr>
          <w:rFonts w:ascii="Times New Roman" w:hAnsi="Times New Roman" w:cs="Times New Roman"/>
          <w:sz w:val="28"/>
          <w:szCs w:val="28"/>
        </w:rPr>
      </w:pPr>
      <w:r>
        <w:rPr>
          <w:rFonts w:ascii="Times New Roman" w:hAnsi="Times New Roman" w:cs="Times New Roman"/>
          <w:b/>
          <w:bCs/>
          <w:sz w:val="28"/>
          <w:szCs w:val="28"/>
        </w:rPr>
        <w:t>-</w:t>
      </w:r>
      <w:r>
        <w:rPr>
          <w:rFonts w:ascii="Times New Roman" w:hAnsi="Times New Roman" w:cs="Times New Roman"/>
          <w:sz w:val="28"/>
          <w:szCs w:val="28"/>
        </w:rPr>
        <w:t xml:space="preserve"> Tô tượng</w:t>
      </w:r>
      <w:r w:rsidR="00D20180">
        <w:rPr>
          <w:rFonts w:ascii="Times New Roman" w:hAnsi="Times New Roman" w:cs="Times New Roman"/>
          <w:sz w:val="28"/>
          <w:szCs w:val="28"/>
        </w:rPr>
        <w:t xml:space="preserve">, </w:t>
      </w:r>
      <w:r w:rsidR="00FB2210">
        <w:rPr>
          <w:rFonts w:ascii="Times New Roman" w:hAnsi="Times New Roman" w:cs="Times New Roman"/>
          <w:sz w:val="28"/>
          <w:szCs w:val="28"/>
        </w:rPr>
        <w:t xml:space="preserve">tham gia </w:t>
      </w:r>
      <w:r w:rsidR="00D20180">
        <w:rPr>
          <w:rFonts w:ascii="Times New Roman" w:hAnsi="Times New Roman" w:cs="Times New Roman"/>
          <w:sz w:val="28"/>
          <w:szCs w:val="28"/>
        </w:rPr>
        <w:t>các trò chơi</w:t>
      </w:r>
    </w:p>
    <w:p w14:paraId="7773F4D7" w14:textId="12836128" w:rsidR="00730575" w:rsidRPr="00BB413C" w:rsidRDefault="00B575E0" w:rsidP="00047C37">
      <w:pPr>
        <w:spacing w:after="0"/>
        <w:ind w:left="720"/>
        <w:rPr>
          <w:rFonts w:ascii="Times New Roman" w:hAnsi="Times New Roman" w:cs="Times New Roman"/>
          <w:b/>
          <w:bCs/>
          <w:sz w:val="28"/>
          <w:szCs w:val="28"/>
        </w:rPr>
      </w:pPr>
      <w:r w:rsidRPr="00B575E0">
        <w:rPr>
          <w:rFonts w:ascii="Segoe UI Emoji" w:hAnsi="Segoe UI Emoji" w:cs="Segoe UI Emoji"/>
          <w:b/>
          <w:bCs/>
          <w:sz w:val="28"/>
          <w:szCs w:val="28"/>
        </w:rPr>
        <w:t>🔹</w:t>
      </w:r>
      <w:r w:rsidRPr="00B575E0">
        <w:rPr>
          <w:rFonts w:ascii="Times New Roman" w:hAnsi="Times New Roman" w:cs="Times New Roman"/>
          <w:b/>
          <w:bCs/>
          <w:sz w:val="28"/>
          <w:szCs w:val="28"/>
        </w:rPr>
        <w:t xml:space="preserve"> Trạm 4: Trẻ 5 tuổi</w:t>
      </w:r>
    </w:p>
    <w:p w14:paraId="7DDEFC9D"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Chủ đề: Bé sáng tạo cùng STEAM</w:t>
      </w:r>
    </w:p>
    <w:p w14:paraId="241C36CB" w14:textId="5E1671E3"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6B7716">
        <w:rPr>
          <w:rFonts w:ascii="Times New Roman" w:hAnsi="Times New Roman" w:cs="Times New Roman"/>
          <w:sz w:val="28"/>
          <w:szCs w:val="28"/>
        </w:rPr>
        <w:t>Trang trí</w:t>
      </w:r>
      <w:r w:rsidR="00B575E0" w:rsidRPr="00BB413C">
        <w:rPr>
          <w:rFonts w:ascii="Times New Roman" w:hAnsi="Times New Roman" w:cs="Times New Roman"/>
          <w:sz w:val="28"/>
          <w:szCs w:val="28"/>
        </w:rPr>
        <w:t xml:space="preserve"> </w:t>
      </w:r>
      <w:r w:rsidR="0066592F">
        <w:rPr>
          <w:rFonts w:ascii="Times New Roman" w:hAnsi="Times New Roman" w:cs="Times New Roman"/>
          <w:sz w:val="28"/>
          <w:szCs w:val="28"/>
        </w:rPr>
        <w:t xml:space="preserve">lịch </w:t>
      </w:r>
      <w:r w:rsidR="00B575E0" w:rsidRPr="00BB413C">
        <w:rPr>
          <w:rFonts w:ascii="Times New Roman" w:hAnsi="Times New Roman" w:cs="Times New Roman"/>
          <w:sz w:val="28"/>
          <w:szCs w:val="28"/>
        </w:rPr>
        <w:t xml:space="preserve">Tết </w:t>
      </w:r>
    </w:p>
    <w:p w14:paraId="1F098124" w14:textId="3B31D31C" w:rsidR="00730575"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66592F">
        <w:rPr>
          <w:rFonts w:ascii="Times New Roman" w:hAnsi="Times New Roman" w:cs="Times New Roman"/>
          <w:sz w:val="28"/>
          <w:szCs w:val="28"/>
        </w:rPr>
        <w:t>Làm cành đào, cành mai từ kẽm xù</w:t>
      </w:r>
    </w:p>
    <w:p w14:paraId="2731742B" w14:textId="186070B3" w:rsidR="0066592F" w:rsidRPr="00BB413C" w:rsidRDefault="0066592F" w:rsidP="00047C37">
      <w:pPr>
        <w:spacing w:after="0"/>
        <w:ind w:left="720"/>
        <w:rPr>
          <w:rFonts w:ascii="Times New Roman" w:hAnsi="Times New Roman" w:cs="Times New Roman"/>
          <w:sz w:val="28"/>
          <w:szCs w:val="28"/>
        </w:rPr>
      </w:pPr>
      <w:r>
        <w:rPr>
          <w:rFonts w:ascii="Times New Roman" w:hAnsi="Times New Roman" w:cs="Times New Roman"/>
          <w:b/>
          <w:bCs/>
          <w:sz w:val="28"/>
          <w:szCs w:val="28"/>
        </w:rPr>
        <w:t>-</w:t>
      </w:r>
      <w:r>
        <w:rPr>
          <w:rFonts w:ascii="Times New Roman" w:hAnsi="Times New Roman" w:cs="Times New Roman"/>
          <w:sz w:val="28"/>
          <w:szCs w:val="28"/>
        </w:rPr>
        <w:t xml:space="preserve"> Trải nghiệm muối dưa hành </w:t>
      </w:r>
    </w:p>
    <w:p w14:paraId="64A9465D" w14:textId="77A422AE"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w:t>
      </w:r>
      <w:r w:rsidRPr="00BB413C">
        <w:rPr>
          <w:rFonts w:ascii="Times New Roman" w:hAnsi="Times New Roman" w:cs="Times New Roman"/>
          <w:sz w:val="28"/>
          <w:szCs w:val="28"/>
        </w:rPr>
        <w:t xml:space="preserve"> </w:t>
      </w:r>
      <w:r w:rsidR="006B7716">
        <w:rPr>
          <w:rFonts w:ascii="Times New Roman" w:hAnsi="Times New Roman" w:cs="Times New Roman"/>
          <w:sz w:val="28"/>
          <w:szCs w:val="28"/>
        </w:rPr>
        <w:t>Thiết kế ông thần tài từ giấy bìa</w:t>
      </w:r>
    </w:p>
    <w:p w14:paraId="7DCED713" w14:textId="77777777" w:rsidR="00730575" w:rsidRPr="00BB413C" w:rsidRDefault="00B575E0" w:rsidP="00047C37">
      <w:pPr>
        <w:spacing w:after="0"/>
        <w:ind w:left="720"/>
        <w:rPr>
          <w:rFonts w:ascii="Times New Roman" w:hAnsi="Times New Roman" w:cs="Times New Roman"/>
          <w:b/>
          <w:bCs/>
          <w:sz w:val="28"/>
          <w:szCs w:val="28"/>
        </w:rPr>
      </w:pPr>
      <w:r w:rsidRPr="00B575E0">
        <w:rPr>
          <w:rFonts w:ascii="Times New Roman" w:hAnsi="Times New Roman" w:cs="Times New Roman"/>
          <w:b/>
          <w:bCs/>
          <w:sz w:val="28"/>
          <w:szCs w:val="28"/>
        </w:rPr>
        <w:t>3. Phần 3: Hoạt động “Xuân yêu thương”</w:t>
      </w:r>
    </w:p>
    <w:p w14:paraId="3CDA919E" w14:textId="77777777"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b/>
          <w:bCs/>
          <w:sz w:val="28"/>
          <w:szCs w:val="28"/>
        </w:rPr>
        <w:t xml:space="preserve">- </w:t>
      </w:r>
      <w:r w:rsidR="00B575E0" w:rsidRPr="00B575E0">
        <w:rPr>
          <w:rFonts w:ascii="Times New Roman" w:hAnsi="Times New Roman" w:cs="Times New Roman"/>
          <w:sz w:val="28"/>
          <w:szCs w:val="28"/>
        </w:rPr>
        <w:t xml:space="preserve">Tặng quà Tết cho </w:t>
      </w:r>
      <w:r w:rsidRPr="00BB413C">
        <w:rPr>
          <w:rFonts w:ascii="Times New Roman" w:hAnsi="Times New Roman" w:cs="Times New Roman"/>
          <w:sz w:val="28"/>
          <w:szCs w:val="28"/>
        </w:rPr>
        <w:t xml:space="preserve">học sinh có hoàn cảnh đặc biệt khó khăn </w:t>
      </w:r>
    </w:p>
    <w:p w14:paraId="67D3E7C5" w14:textId="77777777"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Giáo dục trẻ biết yêu thương, chia sẻ, kính trọng người lớn</w:t>
      </w:r>
    </w:p>
    <w:p w14:paraId="43E099FD" w14:textId="77777777" w:rsidR="00730575" w:rsidRPr="00BB413C" w:rsidRDefault="00730575" w:rsidP="00047C37">
      <w:pPr>
        <w:spacing w:after="0"/>
        <w:ind w:left="720"/>
        <w:rPr>
          <w:rFonts w:ascii="Times New Roman" w:hAnsi="Times New Roman" w:cs="Times New Roman"/>
          <w:sz w:val="28"/>
          <w:szCs w:val="28"/>
        </w:rPr>
      </w:pPr>
      <w:r w:rsidRPr="00BB413C">
        <w:rPr>
          <w:rFonts w:ascii="Times New Roman" w:hAnsi="Times New Roman" w:cs="Times New Roman"/>
          <w:sz w:val="28"/>
          <w:szCs w:val="28"/>
        </w:rPr>
        <w:t xml:space="preserve">- </w:t>
      </w:r>
      <w:r w:rsidR="00B575E0" w:rsidRPr="00B575E0">
        <w:rPr>
          <w:rFonts w:ascii="Times New Roman" w:hAnsi="Times New Roman" w:cs="Times New Roman"/>
          <w:sz w:val="28"/>
          <w:szCs w:val="28"/>
        </w:rPr>
        <w:t>Giao lưu chụp ảnh lưu niệm</w:t>
      </w:r>
    </w:p>
    <w:p w14:paraId="11E843AF" w14:textId="15F2B5DD" w:rsidR="00B575E0" w:rsidRPr="00BB413C" w:rsidRDefault="003D7FCC" w:rsidP="00047C37">
      <w:pPr>
        <w:spacing w:after="0"/>
        <w:ind w:left="720"/>
        <w:rPr>
          <w:rFonts w:ascii="Times New Roman" w:hAnsi="Times New Roman" w:cs="Times New Roman"/>
          <w:b/>
          <w:bCs/>
          <w:sz w:val="28"/>
          <w:szCs w:val="28"/>
        </w:rPr>
      </w:pPr>
      <w:r>
        <w:rPr>
          <w:rFonts w:ascii="Times New Roman" w:hAnsi="Times New Roman" w:cs="Times New Roman"/>
          <w:b/>
          <w:bCs/>
          <w:sz w:val="28"/>
          <w:szCs w:val="28"/>
        </w:rPr>
        <w:t>I</w:t>
      </w:r>
      <w:r w:rsidR="00B575E0" w:rsidRPr="00B575E0">
        <w:rPr>
          <w:rFonts w:ascii="Times New Roman" w:hAnsi="Times New Roman" w:cs="Times New Roman"/>
          <w:b/>
          <w:bCs/>
          <w:sz w:val="28"/>
          <w:szCs w:val="28"/>
        </w:rPr>
        <w:t>V. PHÂN CÔNG NHIỆM VỤ</w:t>
      </w:r>
    </w:p>
    <w:tbl>
      <w:tblPr>
        <w:tblStyle w:val="TableGrid"/>
        <w:tblW w:w="8631" w:type="dxa"/>
        <w:tblInd w:w="720" w:type="dxa"/>
        <w:tblLook w:val="04A0" w:firstRow="1" w:lastRow="0" w:firstColumn="1" w:lastColumn="0" w:noHBand="0" w:noVBand="1"/>
      </w:tblPr>
      <w:tblGrid>
        <w:gridCol w:w="806"/>
        <w:gridCol w:w="2580"/>
        <w:gridCol w:w="5245"/>
      </w:tblGrid>
      <w:tr w:rsidR="00DB752E" w:rsidRPr="00BB413C" w14:paraId="4A626A44" w14:textId="77777777" w:rsidTr="000E1ADE">
        <w:tc>
          <w:tcPr>
            <w:tcW w:w="806" w:type="dxa"/>
            <w:vAlign w:val="center"/>
          </w:tcPr>
          <w:p w14:paraId="7B27539F" w14:textId="65D726E2"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b/>
                <w:bCs/>
                <w:sz w:val="28"/>
                <w:szCs w:val="28"/>
              </w:rPr>
              <w:t>STT</w:t>
            </w:r>
          </w:p>
        </w:tc>
        <w:tc>
          <w:tcPr>
            <w:tcW w:w="2580" w:type="dxa"/>
            <w:vAlign w:val="center"/>
          </w:tcPr>
          <w:p w14:paraId="2EBFFDD0" w14:textId="09FB9E25"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b/>
                <w:bCs/>
                <w:sz w:val="28"/>
                <w:szCs w:val="28"/>
              </w:rPr>
              <w:t>Bộ phận / Cá nhân</w:t>
            </w:r>
          </w:p>
        </w:tc>
        <w:tc>
          <w:tcPr>
            <w:tcW w:w="5245" w:type="dxa"/>
            <w:vAlign w:val="center"/>
          </w:tcPr>
          <w:p w14:paraId="1678E291" w14:textId="14EEB674"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b/>
                <w:bCs/>
                <w:sz w:val="28"/>
                <w:szCs w:val="28"/>
              </w:rPr>
              <w:t>Nhiệm vụ</w:t>
            </w:r>
          </w:p>
        </w:tc>
      </w:tr>
      <w:tr w:rsidR="00DB752E" w:rsidRPr="00BB413C" w14:paraId="195088A9" w14:textId="77777777" w:rsidTr="000E1ADE">
        <w:tc>
          <w:tcPr>
            <w:tcW w:w="806" w:type="dxa"/>
            <w:vAlign w:val="center"/>
          </w:tcPr>
          <w:p w14:paraId="152D6C06" w14:textId="24DA3EC8"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1</w:t>
            </w:r>
          </w:p>
        </w:tc>
        <w:tc>
          <w:tcPr>
            <w:tcW w:w="2580" w:type="dxa"/>
            <w:vAlign w:val="center"/>
          </w:tcPr>
          <w:p w14:paraId="0A95DB94" w14:textId="63A752CD"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Hiệu trưởng</w:t>
            </w:r>
          </w:p>
        </w:tc>
        <w:tc>
          <w:tcPr>
            <w:tcW w:w="5245" w:type="dxa"/>
            <w:vAlign w:val="center"/>
          </w:tcPr>
          <w:p w14:paraId="3215757D" w14:textId="25205BA4"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Chỉ đạo chung</w:t>
            </w:r>
          </w:p>
        </w:tc>
      </w:tr>
      <w:tr w:rsidR="00DB752E" w:rsidRPr="00BB413C" w14:paraId="7752A132" w14:textId="77777777" w:rsidTr="000E1ADE">
        <w:tc>
          <w:tcPr>
            <w:tcW w:w="806" w:type="dxa"/>
            <w:vAlign w:val="center"/>
          </w:tcPr>
          <w:p w14:paraId="180A67E7" w14:textId="65685BE5"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2</w:t>
            </w:r>
          </w:p>
        </w:tc>
        <w:tc>
          <w:tcPr>
            <w:tcW w:w="2580" w:type="dxa"/>
            <w:vAlign w:val="center"/>
          </w:tcPr>
          <w:p w14:paraId="6240CB14" w14:textId="6F9A5EAB"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Phó Hiệu trưởng</w:t>
            </w:r>
          </w:p>
        </w:tc>
        <w:tc>
          <w:tcPr>
            <w:tcW w:w="5245" w:type="dxa"/>
            <w:vAlign w:val="center"/>
          </w:tcPr>
          <w:p w14:paraId="6ABBA703" w14:textId="102EB757"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Xây dựng kế hoạch, điều hành chương trình</w:t>
            </w:r>
          </w:p>
        </w:tc>
      </w:tr>
      <w:tr w:rsidR="00DB752E" w:rsidRPr="00BB413C" w14:paraId="3C544F5C" w14:textId="77777777" w:rsidTr="000E1ADE">
        <w:tc>
          <w:tcPr>
            <w:tcW w:w="806" w:type="dxa"/>
            <w:vAlign w:val="center"/>
          </w:tcPr>
          <w:p w14:paraId="5E4C3950" w14:textId="6B3C49C3"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3</w:t>
            </w:r>
          </w:p>
        </w:tc>
        <w:tc>
          <w:tcPr>
            <w:tcW w:w="2580" w:type="dxa"/>
            <w:vAlign w:val="center"/>
          </w:tcPr>
          <w:p w14:paraId="2D3FA47B" w14:textId="02E6B0C9"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Tổ chuyên môn</w:t>
            </w:r>
          </w:p>
        </w:tc>
        <w:tc>
          <w:tcPr>
            <w:tcW w:w="5245" w:type="dxa"/>
            <w:vAlign w:val="center"/>
          </w:tcPr>
          <w:p w14:paraId="7D95C42B" w14:textId="6718B4B5"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Chuẩn bị nội dung các trạm trải nghiệm</w:t>
            </w:r>
          </w:p>
        </w:tc>
      </w:tr>
      <w:tr w:rsidR="00DB752E" w:rsidRPr="00BB413C" w14:paraId="7AA64BF5" w14:textId="77777777" w:rsidTr="000E1ADE">
        <w:tc>
          <w:tcPr>
            <w:tcW w:w="806" w:type="dxa"/>
            <w:vAlign w:val="center"/>
          </w:tcPr>
          <w:p w14:paraId="3AE331B2" w14:textId="39D96B9C"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4</w:t>
            </w:r>
          </w:p>
        </w:tc>
        <w:tc>
          <w:tcPr>
            <w:tcW w:w="2580" w:type="dxa"/>
            <w:vAlign w:val="center"/>
          </w:tcPr>
          <w:p w14:paraId="38F64844" w14:textId="650200B5"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GVCN</w:t>
            </w:r>
          </w:p>
        </w:tc>
        <w:tc>
          <w:tcPr>
            <w:tcW w:w="5245" w:type="dxa"/>
            <w:vAlign w:val="center"/>
          </w:tcPr>
          <w:p w14:paraId="5B3F20EF" w14:textId="18E21312"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Tổ chức cho trẻ tham gia, đảm bảo an toàn</w:t>
            </w:r>
          </w:p>
        </w:tc>
      </w:tr>
      <w:tr w:rsidR="00DB752E" w:rsidRPr="00BB413C" w14:paraId="6E5EB26C" w14:textId="77777777" w:rsidTr="000E1ADE">
        <w:tc>
          <w:tcPr>
            <w:tcW w:w="806" w:type="dxa"/>
            <w:vAlign w:val="center"/>
          </w:tcPr>
          <w:p w14:paraId="54D5A6B4" w14:textId="340261EC"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lastRenderedPageBreak/>
              <w:t>5</w:t>
            </w:r>
          </w:p>
        </w:tc>
        <w:tc>
          <w:tcPr>
            <w:tcW w:w="2580" w:type="dxa"/>
            <w:vAlign w:val="center"/>
          </w:tcPr>
          <w:p w14:paraId="236930AB" w14:textId="5A73600B"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Nhân viên</w:t>
            </w:r>
          </w:p>
        </w:tc>
        <w:tc>
          <w:tcPr>
            <w:tcW w:w="5245" w:type="dxa"/>
            <w:vAlign w:val="center"/>
          </w:tcPr>
          <w:p w14:paraId="157CCB78" w14:textId="17386083" w:rsidR="00DB752E" w:rsidRPr="00BB413C" w:rsidRDefault="00DB752E" w:rsidP="00047C37">
            <w:pPr>
              <w:spacing w:line="276" w:lineRule="auto"/>
              <w:rPr>
                <w:rFonts w:ascii="Times New Roman" w:hAnsi="Times New Roman" w:cs="Times New Roman"/>
                <w:b/>
                <w:bCs/>
                <w:sz w:val="28"/>
                <w:szCs w:val="28"/>
              </w:rPr>
            </w:pPr>
            <w:r w:rsidRPr="00B575E0">
              <w:rPr>
                <w:rFonts w:ascii="Times New Roman" w:hAnsi="Times New Roman" w:cs="Times New Roman"/>
                <w:sz w:val="28"/>
                <w:szCs w:val="28"/>
              </w:rPr>
              <w:t>Hỗ trợ hậu cần, y tế, an ninh</w:t>
            </w:r>
          </w:p>
        </w:tc>
      </w:tr>
    </w:tbl>
    <w:p w14:paraId="1329C709" w14:textId="1B378BF2" w:rsidR="00B575E0" w:rsidRPr="003D7FCC" w:rsidRDefault="00B575E0" w:rsidP="00047C37">
      <w:pPr>
        <w:pStyle w:val="Heading1"/>
        <w:spacing w:before="0"/>
        <w:ind w:firstLine="720"/>
        <w:rPr>
          <w:rFonts w:ascii="Times New Roman" w:hAnsi="Times New Roman" w:cs="Times New Roman"/>
          <w:color w:val="auto"/>
        </w:rPr>
      </w:pPr>
      <w:r w:rsidRPr="00B575E0">
        <w:rPr>
          <w:rFonts w:ascii="Times New Roman" w:hAnsi="Times New Roman" w:cs="Times New Roman"/>
          <w:color w:val="auto"/>
        </w:rPr>
        <w:t>V. KINH PHÍ THỰC HIỆN (DỰ KIẾN)</w:t>
      </w:r>
    </w:p>
    <w:tbl>
      <w:tblPr>
        <w:tblStyle w:val="TableGrid"/>
        <w:tblW w:w="4647" w:type="pct"/>
        <w:tblInd w:w="675" w:type="dxa"/>
        <w:tblLook w:val="04A0" w:firstRow="1" w:lastRow="0" w:firstColumn="1" w:lastColumn="0" w:noHBand="0" w:noVBand="1"/>
      </w:tblPr>
      <w:tblGrid>
        <w:gridCol w:w="4012"/>
        <w:gridCol w:w="4673"/>
      </w:tblGrid>
      <w:tr w:rsidR="00DB752E" w:rsidRPr="00BB413C" w14:paraId="2C895F9A" w14:textId="77777777" w:rsidTr="00BB413C">
        <w:tc>
          <w:tcPr>
            <w:tcW w:w="2310" w:type="pct"/>
            <w:vAlign w:val="center"/>
          </w:tcPr>
          <w:p w14:paraId="74225490" w14:textId="3A9BDB8C" w:rsidR="00DB752E" w:rsidRPr="00BB413C" w:rsidRDefault="00DB752E" w:rsidP="00047C37">
            <w:pPr>
              <w:spacing w:line="276" w:lineRule="auto"/>
              <w:jc w:val="center"/>
              <w:rPr>
                <w:rFonts w:ascii="Times New Roman" w:hAnsi="Times New Roman" w:cs="Times New Roman"/>
                <w:sz w:val="28"/>
                <w:szCs w:val="28"/>
              </w:rPr>
            </w:pPr>
            <w:r w:rsidRPr="00B575E0">
              <w:rPr>
                <w:rFonts w:ascii="Times New Roman" w:hAnsi="Times New Roman" w:cs="Times New Roman"/>
                <w:b/>
                <w:bCs/>
                <w:sz w:val="28"/>
                <w:szCs w:val="28"/>
              </w:rPr>
              <w:t>Nội dung</w:t>
            </w:r>
          </w:p>
        </w:tc>
        <w:tc>
          <w:tcPr>
            <w:tcW w:w="2690" w:type="pct"/>
            <w:vAlign w:val="center"/>
          </w:tcPr>
          <w:p w14:paraId="64131B96" w14:textId="08425FA8" w:rsidR="00DB752E" w:rsidRPr="00BB413C" w:rsidRDefault="00DB752E" w:rsidP="00047C37">
            <w:pPr>
              <w:spacing w:line="276" w:lineRule="auto"/>
              <w:jc w:val="center"/>
              <w:rPr>
                <w:rFonts w:ascii="Times New Roman" w:hAnsi="Times New Roman" w:cs="Times New Roman"/>
                <w:sz w:val="28"/>
                <w:szCs w:val="28"/>
              </w:rPr>
            </w:pPr>
            <w:r w:rsidRPr="00B575E0">
              <w:rPr>
                <w:rFonts w:ascii="Times New Roman" w:hAnsi="Times New Roman" w:cs="Times New Roman"/>
                <w:b/>
                <w:bCs/>
                <w:sz w:val="28"/>
                <w:szCs w:val="28"/>
              </w:rPr>
              <w:t>Kinh phí</w:t>
            </w:r>
          </w:p>
        </w:tc>
      </w:tr>
      <w:tr w:rsidR="00DB752E" w:rsidRPr="00BB413C" w14:paraId="701F4212" w14:textId="77777777" w:rsidTr="00BB413C">
        <w:tc>
          <w:tcPr>
            <w:tcW w:w="2310" w:type="pct"/>
            <w:vAlign w:val="center"/>
          </w:tcPr>
          <w:p w14:paraId="09AF3609" w14:textId="755C62AE" w:rsidR="00DB752E" w:rsidRPr="00BB413C" w:rsidRDefault="00DB752E" w:rsidP="00047C37">
            <w:pPr>
              <w:spacing w:line="276" w:lineRule="auto"/>
              <w:rPr>
                <w:rFonts w:ascii="Times New Roman" w:hAnsi="Times New Roman" w:cs="Times New Roman"/>
                <w:sz w:val="28"/>
                <w:szCs w:val="28"/>
              </w:rPr>
            </w:pPr>
            <w:r w:rsidRPr="00B575E0">
              <w:rPr>
                <w:rFonts w:ascii="Times New Roman" w:hAnsi="Times New Roman" w:cs="Times New Roman"/>
                <w:sz w:val="28"/>
                <w:szCs w:val="28"/>
              </w:rPr>
              <w:t>Trang trí không gian xuân</w:t>
            </w:r>
          </w:p>
        </w:tc>
        <w:tc>
          <w:tcPr>
            <w:tcW w:w="2690" w:type="pct"/>
            <w:vAlign w:val="center"/>
          </w:tcPr>
          <w:p w14:paraId="21B8AE7E" w14:textId="624024EC" w:rsidR="00DB752E" w:rsidRPr="00BB413C" w:rsidRDefault="00DA405C" w:rsidP="00047C37">
            <w:pPr>
              <w:spacing w:line="276" w:lineRule="auto"/>
              <w:rPr>
                <w:rFonts w:ascii="Times New Roman" w:hAnsi="Times New Roman" w:cs="Times New Roman"/>
                <w:sz w:val="28"/>
                <w:szCs w:val="28"/>
              </w:rPr>
            </w:pPr>
            <w:r w:rsidRPr="00DA405C">
              <w:rPr>
                <w:rFonts w:ascii="Times New Roman" w:hAnsi="Times New Roman" w:cs="Times New Roman"/>
                <w:sz w:val="28"/>
                <w:szCs w:val="28"/>
              </w:rPr>
              <w:t>2.000.000 đồng</w:t>
            </w:r>
          </w:p>
        </w:tc>
      </w:tr>
      <w:tr w:rsidR="00DB752E" w:rsidRPr="00BB413C" w14:paraId="486592E5" w14:textId="77777777" w:rsidTr="00BB413C">
        <w:tc>
          <w:tcPr>
            <w:tcW w:w="2310" w:type="pct"/>
            <w:vAlign w:val="center"/>
          </w:tcPr>
          <w:p w14:paraId="4F234E5F" w14:textId="3BCD1B39" w:rsidR="00DB752E" w:rsidRPr="00BB413C" w:rsidRDefault="00DB752E" w:rsidP="00047C37">
            <w:pPr>
              <w:spacing w:line="276" w:lineRule="auto"/>
              <w:rPr>
                <w:rFonts w:ascii="Times New Roman" w:hAnsi="Times New Roman" w:cs="Times New Roman"/>
                <w:sz w:val="28"/>
                <w:szCs w:val="28"/>
              </w:rPr>
            </w:pPr>
            <w:r w:rsidRPr="00B575E0">
              <w:rPr>
                <w:rFonts w:ascii="Times New Roman" w:hAnsi="Times New Roman" w:cs="Times New Roman"/>
                <w:sz w:val="28"/>
                <w:szCs w:val="28"/>
              </w:rPr>
              <w:t>Nguyên vật liệu trải nghiệm</w:t>
            </w:r>
          </w:p>
        </w:tc>
        <w:tc>
          <w:tcPr>
            <w:tcW w:w="2690" w:type="pct"/>
            <w:vAlign w:val="center"/>
          </w:tcPr>
          <w:p w14:paraId="18827379" w14:textId="1CFE4E6E" w:rsidR="00DB752E" w:rsidRPr="00BB413C" w:rsidRDefault="00DA405C" w:rsidP="00047C37">
            <w:pPr>
              <w:spacing w:line="276" w:lineRule="auto"/>
              <w:rPr>
                <w:rFonts w:ascii="Times New Roman" w:hAnsi="Times New Roman" w:cs="Times New Roman"/>
                <w:sz w:val="28"/>
                <w:szCs w:val="28"/>
              </w:rPr>
            </w:pPr>
            <w:r w:rsidRPr="00DA405C">
              <w:rPr>
                <w:rFonts w:ascii="Times New Roman" w:hAnsi="Times New Roman" w:cs="Times New Roman"/>
                <w:sz w:val="28"/>
                <w:szCs w:val="28"/>
              </w:rPr>
              <w:t>1.500.000 đồng</w:t>
            </w:r>
          </w:p>
        </w:tc>
      </w:tr>
      <w:tr w:rsidR="00DB752E" w:rsidRPr="00BB413C" w14:paraId="47A24591" w14:textId="77777777" w:rsidTr="00BB413C">
        <w:tc>
          <w:tcPr>
            <w:tcW w:w="2310" w:type="pct"/>
            <w:vAlign w:val="center"/>
          </w:tcPr>
          <w:p w14:paraId="63815D26" w14:textId="236AE289" w:rsidR="00DB752E" w:rsidRPr="00BB413C" w:rsidRDefault="00DB752E" w:rsidP="00047C37">
            <w:pPr>
              <w:spacing w:line="276" w:lineRule="auto"/>
              <w:rPr>
                <w:rFonts w:ascii="Times New Roman" w:hAnsi="Times New Roman" w:cs="Times New Roman"/>
                <w:sz w:val="28"/>
                <w:szCs w:val="28"/>
              </w:rPr>
            </w:pPr>
            <w:r w:rsidRPr="00B575E0">
              <w:rPr>
                <w:rFonts w:ascii="Times New Roman" w:hAnsi="Times New Roman" w:cs="Times New Roman"/>
                <w:sz w:val="28"/>
                <w:szCs w:val="28"/>
              </w:rPr>
              <w:t>Quà Tết cho trẻ</w:t>
            </w:r>
          </w:p>
        </w:tc>
        <w:tc>
          <w:tcPr>
            <w:tcW w:w="2690" w:type="pct"/>
            <w:vAlign w:val="center"/>
          </w:tcPr>
          <w:p w14:paraId="74DF6C9E" w14:textId="14C2DF37" w:rsidR="00DB752E" w:rsidRPr="00BB413C" w:rsidRDefault="00725666" w:rsidP="00047C37">
            <w:pPr>
              <w:spacing w:line="276" w:lineRule="auto"/>
              <w:rPr>
                <w:rFonts w:ascii="Times New Roman" w:hAnsi="Times New Roman" w:cs="Times New Roman"/>
                <w:sz w:val="28"/>
                <w:szCs w:val="28"/>
              </w:rPr>
            </w:pPr>
            <w:r>
              <w:rPr>
                <w:rFonts w:ascii="Times New Roman" w:hAnsi="Times New Roman" w:cs="Times New Roman"/>
                <w:sz w:val="28"/>
                <w:szCs w:val="28"/>
              </w:rPr>
              <w:t>5.50</w:t>
            </w:r>
            <w:r w:rsidR="00DA405C" w:rsidRPr="00DA405C">
              <w:rPr>
                <w:rFonts w:ascii="Times New Roman" w:hAnsi="Times New Roman" w:cs="Times New Roman"/>
                <w:sz w:val="28"/>
                <w:szCs w:val="28"/>
              </w:rPr>
              <w:t>0.000 đồng</w:t>
            </w:r>
          </w:p>
        </w:tc>
      </w:tr>
      <w:tr w:rsidR="00DA405C" w:rsidRPr="00BB413C" w14:paraId="31D50E00" w14:textId="77777777" w:rsidTr="00BB413C">
        <w:tc>
          <w:tcPr>
            <w:tcW w:w="2310" w:type="pct"/>
            <w:vAlign w:val="center"/>
          </w:tcPr>
          <w:p w14:paraId="4014A299" w14:textId="2D1A93F5" w:rsidR="00DA405C" w:rsidRPr="00B575E0" w:rsidRDefault="00DA405C" w:rsidP="00047C37">
            <w:pPr>
              <w:spacing w:line="276" w:lineRule="auto"/>
              <w:rPr>
                <w:rFonts w:ascii="Times New Roman" w:hAnsi="Times New Roman" w:cs="Times New Roman"/>
                <w:sz w:val="28"/>
                <w:szCs w:val="28"/>
              </w:rPr>
            </w:pPr>
            <w:r>
              <w:rPr>
                <w:rFonts w:ascii="Times New Roman" w:hAnsi="Times New Roman" w:cs="Times New Roman"/>
                <w:sz w:val="28"/>
                <w:szCs w:val="28"/>
              </w:rPr>
              <w:t>Chi khác</w:t>
            </w:r>
          </w:p>
        </w:tc>
        <w:tc>
          <w:tcPr>
            <w:tcW w:w="2690" w:type="pct"/>
            <w:vAlign w:val="center"/>
          </w:tcPr>
          <w:p w14:paraId="72AEAAA2" w14:textId="46FA5D6F" w:rsidR="00DA405C" w:rsidRPr="00DA405C" w:rsidRDefault="00DC71FE" w:rsidP="00047C37">
            <w:pPr>
              <w:spacing w:line="276" w:lineRule="auto"/>
              <w:rPr>
                <w:rFonts w:ascii="Times New Roman" w:hAnsi="Times New Roman" w:cs="Times New Roman"/>
                <w:sz w:val="28"/>
                <w:szCs w:val="28"/>
              </w:rPr>
            </w:pPr>
            <w:r>
              <w:rPr>
                <w:rFonts w:ascii="Times New Roman" w:hAnsi="Times New Roman" w:cs="Times New Roman"/>
                <w:sz w:val="28"/>
                <w:szCs w:val="28"/>
              </w:rPr>
              <w:t>1.0</w:t>
            </w:r>
            <w:r w:rsidR="00DA405C" w:rsidRPr="00DA405C">
              <w:rPr>
                <w:rFonts w:ascii="Times New Roman" w:hAnsi="Times New Roman" w:cs="Times New Roman"/>
                <w:sz w:val="28"/>
                <w:szCs w:val="28"/>
              </w:rPr>
              <w:t>00.000 đồng</w:t>
            </w:r>
          </w:p>
        </w:tc>
      </w:tr>
      <w:tr w:rsidR="00DB752E" w:rsidRPr="00BB413C" w14:paraId="5C67A2EE" w14:textId="77777777" w:rsidTr="00BB413C">
        <w:tc>
          <w:tcPr>
            <w:tcW w:w="2310" w:type="pct"/>
            <w:vAlign w:val="center"/>
          </w:tcPr>
          <w:p w14:paraId="32CB3096" w14:textId="3D4545D0" w:rsidR="00DB752E" w:rsidRPr="00BB413C" w:rsidRDefault="00DB752E" w:rsidP="00047C37">
            <w:pPr>
              <w:spacing w:line="276" w:lineRule="auto"/>
              <w:rPr>
                <w:rFonts w:ascii="Times New Roman" w:hAnsi="Times New Roman" w:cs="Times New Roman"/>
                <w:sz w:val="28"/>
                <w:szCs w:val="28"/>
              </w:rPr>
            </w:pPr>
            <w:r w:rsidRPr="00B575E0">
              <w:rPr>
                <w:rFonts w:ascii="Times New Roman" w:hAnsi="Times New Roman" w:cs="Times New Roman"/>
                <w:b/>
                <w:bCs/>
                <w:sz w:val="28"/>
                <w:szCs w:val="28"/>
              </w:rPr>
              <w:t>Tổng cộng</w:t>
            </w:r>
          </w:p>
        </w:tc>
        <w:tc>
          <w:tcPr>
            <w:tcW w:w="2690" w:type="pct"/>
            <w:vAlign w:val="center"/>
          </w:tcPr>
          <w:p w14:paraId="3813CB73" w14:textId="0C3A2A7D" w:rsidR="00DB752E" w:rsidRPr="00DC71FE" w:rsidRDefault="00725666" w:rsidP="00047C37">
            <w:pPr>
              <w:spacing w:line="276" w:lineRule="auto"/>
              <w:rPr>
                <w:rFonts w:ascii="Times New Roman" w:hAnsi="Times New Roman" w:cs="Times New Roman"/>
                <w:b/>
                <w:bCs/>
                <w:sz w:val="28"/>
                <w:szCs w:val="28"/>
              </w:rPr>
            </w:pPr>
            <w:r>
              <w:rPr>
                <w:rFonts w:ascii="Times New Roman" w:hAnsi="Times New Roman" w:cs="Times New Roman"/>
                <w:b/>
                <w:bCs/>
                <w:sz w:val="28"/>
                <w:szCs w:val="28"/>
              </w:rPr>
              <w:t>10.0</w:t>
            </w:r>
            <w:r w:rsidR="00DA405C" w:rsidRPr="00DC71FE">
              <w:rPr>
                <w:rFonts w:ascii="Times New Roman" w:hAnsi="Times New Roman" w:cs="Times New Roman"/>
                <w:b/>
                <w:bCs/>
                <w:sz w:val="28"/>
                <w:szCs w:val="28"/>
              </w:rPr>
              <w:t>00.000 đồng</w:t>
            </w:r>
          </w:p>
        </w:tc>
      </w:tr>
    </w:tbl>
    <w:p w14:paraId="01115031" w14:textId="77777777" w:rsidR="00BB413C" w:rsidRPr="00BB413C" w:rsidRDefault="00B575E0" w:rsidP="00047C37">
      <w:pPr>
        <w:pStyle w:val="Heading1"/>
        <w:spacing w:before="0"/>
        <w:ind w:firstLine="720"/>
        <w:rPr>
          <w:rFonts w:ascii="Times New Roman" w:hAnsi="Times New Roman" w:cs="Times New Roman"/>
          <w:b w:val="0"/>
          <w:bCs w:val="0"/>
          <w:color w:val="auto"/>
        </w:rPr>
      </w:pPr>
      <w:r w:rsidRPr="00B575E0">
        <w:rPr>
          <w:rFonts w:ascii="Times New Roman" w:hAnsi="Times New Roman" w:cs="Times New Roman"/>
          <w:b w:val="0"/>
          <w:bCs w:val="0"/>
          <w:i/>
          <w:iCs/>
          <w:color w:val="auto"/>
        </w:rPr>
        <w:t xml:space="preserve">Nguồn kinh phí: </w:t>
      </w:r>
      <w:r w:rsidR="00730575" w:rsidRPr="00BB413C">
        <w:rPr>
          <w:rFonts w:ascii="Times New Roman" w:hAnsi="Times New Roman" w:cs="Times New Roman"/>
          <w:b w:val="0"/>
          <w:bCs w:val="0"/>
          <w:i/>
          <w:iCs/>
          <w:color w:val="auto"/>
        </w:rPr>
        <w:t>Ngân sách chi thường xuyên của nhà trường và x</w:t>
      </w:r>
      <w:r w:rsidRPr="00B575E0">
        <w:rPr>
          <w:rFonts w:ascii="Times New Roman" w:hAnsi="Times New Roman" w:cs="Times New Roman"/>
          <w:b w:val="0"/>
          <w:bCs w:val="0"/>
          <w:i/>
          <w:iCs/>
          <w:color w:val="auto"/>
        </w:rPr>
        <w:t>ã hội hóa giáo dục</w:t>
      </w:r>
    </w:p>
    <w:p w14:paraId="45B4EBFD" w14:textId="7EE575D4" w:rsidR="00BB413C" w:rsidRPr="00AB1E5D" w:rsidRDefault="00BB413C" w:rsidP="00047C37">
      <w:pPr>
        <w:pStyle w:val="Heading1"/>
        <w:spacing w:before="0"/>
        <w:rPr>
          <w:rFonts w:ascii="Times New Roman" w:hAnsi="Times New Roman" w:cs="Times New Roman"/>
          <w:color w:val="auto"/>
        </w:rPr>
      </w:pPr>
      <w:r w:rsidRPr="00AB1E5D">
        <w:rPr>
          <w:rFonts w:ascii="Times New Roman" w:hAnsi="Times New Roman" w:cs="Times New Roman"/>
          <w:color w:val="auto"/>
        </w:rPr>
        <w:tab/>
      </w:r>
      <w:r w:rsidR="00B575E0" w:rsidRPr="00B575E0">
        <w:rPr>
          <w:rFonts w:ascii="Times New Roman" w:hAnsi="Times New Roman" w:cs="Times New Roman"/>
          <w:color w:val="auto"/>
        </w:rPr>
        <w:t>VI. TỔ CHỨC THỰC HIỆN</w:t>
      </w:r>
    </w:p>
    <w:p w14:paraId="7A882AA9" w14:textId="77777777" w:rsidR="00BB413C" w:rsidRPr="00BB413C" w:rsidRDefault="00BB413C" w:rsidP="00047C37">
      <w:pPr>
        <w:pStyle w:val="Heading1"/>
        <w:spacing w:before="0"/>
        <w:ind w:firstLine="714"/>
        <w:rPr>
          <w:rFonts w:ascii="Times New Roman" w:hAnsi="Times New Roman" w:cs="Times New Roman"/>
          <w:b w:val="0"/>
          <w:bCs w:val="0"/>
          <w:color w:val="auto"/>
        </w:rPr>
      </w:pPr>
      <w:r w:rsidRPr="00BB413C">
        <w:rPr>
          <w:rFonts w:ascii="Times New Roman" w:hAnsi="Times New Roman" w:cs="Times New Roman"/>
          <w:b w:val="0"/>
          <w:bCs w:val="0"/>
          <w:color w:val="auto"/>
        </w:rPr>
        <w:t xml:space="preserve">- </w:t>
      </w:r>
      <w:r w:rsidR="00B575E0" w:rsidRPr="00B575E0">
        <w:rPr>
          <w:rFonts w:ascii="Times New Roman" w:hAnsi="Times New Roman" w:cs="Times New Roman"/>
          <w:b w:val="0"/>
          <w:bCs w:val="0"/>
          <w:color w:val="auto"/>
        </w:rPr>
        <w:t>Ban Giám hiệu chỉ đạo, kiểm tra, giám sát.</w:t>
      </w:r>
    </w:p>
    <w:p w14:paraId="58CDBF87" w14:textId="507F8420" w:rsidR="00DB752E" w:rsidRPr="00BB413C" w:rsidRDefault="00BB413C" w:rsidP="00047C37">
      <w:pPr>
        <w:pStyle w:val="Heading1"/>
        <w:spacing w:before="0"/>
        <w:ind w:firstLine="714"/>
        <w:rPr>
          <w:rFonts w:ascii="Times New Roman" w:hAnsi="Times New Roman" w:cs="Times New Roman"/>
          <w:b w:val="0"/>
          <w:bCs w:val="0"/>
          <w:color w:val="auto"/>
        </w:rPr>
      </w:pPr>
      <w:r w:rsidRPr="00BB413C">
        <w:rPr>
          <w:rFonts w:ascii="Times New Roman" w:hAnsi="Times New Roman" w:cs="Times New Roman"/>
          <w:b w:val="0"/>
          <w:bCs w:val="0"/>
          <w:color w:val="auto"/>
        </w:rPr>
        <w:t xml:space="preserve">- </w:t>
      </w:r>
      <w:r w:rsidR="00B575E0" w:rsidRPr="00B575E0">
        <w:rPr>
          <w:rFonts w:ascii="Times New Roman" w:hAnsi="Times New Roman" w:cs="Times New Roman"/>
          <w:b w:val="0"/>
          <w:bCs w:val="0"/>
          <w:color w:val="auto"/>
        </w:rPr>
        <w:t>Các tổ chuyên môn và giáo viên chủ nhiệm phối hợp thực hiện.</w:t>
      </w:r>
    </w:p>
    <w:p w14:paraId="25CE40C0" w14:textId="24DA7178" w:rsidR="00B575E0" w:rsidRDefault="00BB413C" w:rsidP="00047C37">
      <w:pPr>
        <w:pStyle w:val="Heading1"/>
        <w:spacing w:before="0"/>
        <w:ind w:firstLine="720"/>
        <w:rPr>
          <w:rFonts w:ascii="Times New Roman" w:hAnsi="Times New Roman" w:cs="Times New Roman"/>
          <w:b w:val="0"/>
          <w:bCs w:val="0"/>
          <w:color w:val="auto"/>
        </w:rPr>
      </w:pPr>
      <w:r w:rsidRPr="00BB413C">
        <w:rPr>
          <w:rFonts w:ascii="Times New Roman" w:hAnsi="Times New Roman" w:cs="Times New Roman"/>
          <w:b w:val="0"/>
          <w:bCs w:val="0"/>
          <w:color w:val="auto"/>
        </w:rPr>
        <w:t xml:space="preserve">- </w:t>
      </w:r>
      <w:r w:rsidR="00B575E0" w:rsidRPr="00B575E0">
        <w:rPr>
          <w:rFonts w:ascii="Times New Roman" w:hAnsi="Times New Roman" w:cs="Times New Roman"/>
          <w:b w:val="0"/>
          <w:bCs w:val="0"/>
          <w:color w:val="auto"/>
        </w:rPr>
        <w:t>Đánh giá, rút kinh nghiệm sau khi kết thúc chương trình.</w:t>
      </w:r>
    </w:p>
    <w:p w14:paraId="73FB45D8" w14:textId="7D2B9262" w:rsidR="00AB1E5D" w:rsidRDefault="00AB1E5D" w:rsidP="00047C37">
      <w:pPr>
        <w:widowControl w:val="0"/>
        <w:spacing w:after="0"/>
        <w:jc w:val="both"/>
        <w:rPr>
          <w:rFonts w:ascii="Times New Roman" w:hAnsi="Times New Roman" w:cs="Times New Roman"/>
          <w:sz w:val="28"/>
          <w:szCs w:val="28"/>
        </w:rPr>
      </w:pPr>
      <w:r>
        <w:tab/>
      </w:r>
      <w:r w:rsidRPr="00AB1E5D">
        <w:rPr>
          <w:rFonts w:ascii="Times New Roman" w:hAnsi="Times New Roman" w:cs="Times New Roman"/>
          <w:sz w:val="28"/>
          <w:szCs w:val="28"/>
        </w:rPr>
        <w:t>Trên đây là kế hoạch tổ chức Chương trình “</w:t>
      </w:r>
      <w:r w:rsidRPr="00AB1E5D">
        <w:rPr>
          <w:rFonts w:ascii="Times New Roman" w:hAnsi="Times New Roman" w:cs="Times New Roman"/>
          <w:b/>
          <w:bCs/>
          <w:i/>
          <w:iCs/>
          <w:sz w:val="28"/>
          <w:szCs w:val="28"/>
        </w:rPr>
        <w:t>Xuân yêu thương – Bé sáng tạo cùng Steam”</w:t>
      </w:r>
      <w:r w:rsidRPr="00AB1E5D">
        <w:rPr>
          <w:rFonts w:ascii="Times New Roman" w:hAnsi="Times New Roman" w:cs="Times New Roman"/>
          <w:sz w:val="28"/>
          <w:szCs w:val="28"/>
        </w:rPr>
        <w:t xml:space="preserve"> của trường mầm non Hồng Sơn. </w:t>
      </w:r>
      <w:r>
        <w:rPr>
          <w:rFonts w:ascii="Times New Roman" w:hAnsi="Times New Roman" w:cs="Times New Roman"/>
          <w:sz w:val="28"/>
          <w:szCs w:val="28"/>
        </w:rPr>
        <w:t>C</w:t>
      </w:r>
      <w:r w:rsidRPr="00AB1E5D">
        <w:rPr>
          <w:rFonts w:ascii="Times New Roman" w:hAnsi="Times New Roman" w:cs="Times New Roman"/>
          <w:sz w:val="28"/>
          <w:szCs w:val="28"/>
        </w:rPr>
        <w:t>ác bộ phận, cá nhân liên quan tổ chức triển khai thực hiện</w:t>
      </w:r>
      <w:r>
        <w:rPr>
          <w:rFonts w:ascii="Times New Roman" w:hAnsi="Times New Roman" w:cs="Times New Roman"/>
          <w:sz w:val="28"/>
          <w:szCs w:val="28"/>
        </w:rPr>
        <w:t xml:space="preserve"> nghiêm túc, đạt hiệu quả cao</w:t>
      </w:r>
      <w:r w:rsidRPr="00AB1E5D">
        <w:rPr>
          <w:rFonts w:ascii="Times New Roman" w:hAnsi="Times New Roman" w:cs="Times New Roman"/>
          <w:sz w:val="28"/>
          <w:szCs w:val="28"/>
        </w:rPr>
        <w:t>. Trong quá trình thực hiện, nếu có khó khăn, vướng mắc, các bộ phận kịp thời báo cáo Ban Giám hiệu để điều chỉnh, bổ sung cho phù hợp với điều kiện thực tế của nhà trường.</w:t>
      </w:r>
      <w:r w:rsidR="00DE797D">
        <w:rPr>
          <w:rFonts w:ascii="Times New Roman" w:hAnsi="Times New Roman" w:cs="Times New Roman"/>
          <w:sz w:val="28"/>
          <w:szCs w:val="28"/>
        </w:rPr>
        <w:t>/.</w:t>
      </w:r>
    </w:p>
    <w:p w14:paraId="4A310CBB" w14:textId="77777777" w:rsidR="00047C37" w:rsidRDefault="00047C37" w:rsidP="00047C37">
      <w:pPr>
        <w:widowControl w:val="0"/>
        <w:spacing w:after="0"/>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959"/>
      </w:tblGrid>
      <w:tr w:rsidR="00AB1E5D" w14:paraId="4EB9B19C" w14:textId="77777777" w:rsidTr="00AB1E5D">
        <w:tc>
          <w:tcPr>
            <w:tcW w:w="4503" w:type="dxa"/>
          </w:tcPr>
          <w:p w14:paraId="4263E871" w14:textId="77777777" w:rsidR="00AB1E5D" w:rsidRPr="00AB1E5D" w:rsidRDefault="00AB1E5D" w:rsidP="00047C37">
            <w:pPr>
              <w:pStyle w:val="Heading1"/>
              <w:widowControl w:val="0"/>
              <w:spacing w:before="0" w:line="276" w:lineRule="auto"/>
              <w:rPr>
                <w:rFonts w:ascii="Times New Roman" w:hAnsi="Times New Roman" w:cs="Times New Roman"/>
                <w:color w:val="auto"/>
              </w:rPr>
            </w:pPr>
            <w:r w:rsidRPr="00AB1E5D">
              <w:rPr>
                <w:rFonts w:ascii="Times New Roman" w:hAnsi="Times New Roman" w:cs="Times New Roman"/>
                <w:color w:val="auto"/>
                <w:u w:val="single"/>
              </w:rPr>
              <w:t>Nơi nhận</w:t>
            </w:r>
            <w:r w:rsidRPr="00AB1E5D">
              <w:rPr>
                <w:rFonts w:ascii="Times New Roman" w:hAnsi="Times New Roman" w:cs="Times New Roman"/>
                <w:color w:val="auto"/>
              </w:rPr>
              <w:t xml:space="preserve">: </w:t>
            </w:r>
          </w:p>
          <w:p w14:paraId="0DD9164A" w14:textId="77777777" w:rsidR="00AB1E5D" w:rsidRPr="00AB1E5D" w:rsidRDefault="00AB1E5D" w:rsidP="00047C37">
            <w:pPr>
              <w:widowControl w:val="0"/>
              <w:spacing w:line="276" w:lineRule="auto"/>
              <w:rPr>
                <w:rFonts w:ascii="Times New Roman" w:hAnsi="Times New Roman" w:cs="Times New Roman"/>
                <w:sz w:val="26"/>
                <w:szCs w:val="26"/>
              </w:rPr>
            </w:pPr>
            <w:r w:rsidRPr="00AB1E5D">
              <w:rPr>
                <w:rFonts w:ascii="Times New Roman" w:hAnsi="Times New Roman" w:cs="Times New Roman"/>
                <w:sz w:val="26"/>
                <w:szCs w:val="26"/>
              </w:rPr>
              <w:t>- Phòng VH-XH xã Hồng Sơn (b/c)</w:t>
            </w:r>
          </w:p>
          <w:p w14:paraId="5C38C330" w14:textId="77777777" w:rsidR="00AB1E5D" w:rsidRPr="00AB1E5D" w:rsidRDefault="00AB1E5D" w:rsidP="00047C37">
            <w:pPr>
              <w:widowControl w:val="0"/>
              <w:spacing w:line="276" w:lineRule="auto"/>
              <w:rPr>
                <w:rFonts w:ascii="Times New Roman" w:hAnsi="Times New Roman" w:cs="Times New Roman"/>
                <w:sz w:val="26"/>
                <w:szCs w:val="26"/>
              </w:rPr>
            </w:pPr>
            <w:r w:rsidRPr="00AB1E5D">
              <w:rPr>
                <w:rFonts w:ascii="Times New Roman" w:hAnsi="Times New Roman" w:cs="Times New Roman"/>
                <w:sz w:val="26"/>
                <w:szCs w:val="26"/>
              </w:rPr>
              <w:t>- BGH nhà trường (chỉ đạo)</w:t>
            </w:r>
          </w:p>
          <w:p w14:paraId="08A4EC05" w14:textId="77777777" w:rsidR="00AB1E5D" w:rsidRPr="00AB1E5D" w:rsidRDefault="00AB1E5D" w:rsidP="00047C37">
            <w:pPr>
              <w:widowControl w:val="0"/>
              <w:spacing w:line="276" w:lineRule="auto"/>
              <w:rPr>
                <w:rFonts w:ascii="Times New Roman" w:hAnsi="Times New Roman" w:cs="Times New Roman"/>
                <w:sz w:val="26"/>
                <w:szCs w:val="26"/>
              </w:rPr>
            </w:pPr>
            <w:r w:rsidRPr="00AB1E5D">
              <w:rPr>
                <w:rFonts w:ascii="Times New Roman" w:hAnsi="Times New Roman" w:cs="Times New Roman"/>
                <w:sz w:val="26"/>
                <w:szCs w:val="26"/>
              </w:rPr>
              <w:t>- Tổ CM, GV, NV, HS (th/h)</w:t>
            </w:r>
          </w:p>
          <w:p w14:paraId="39FF3EA7" w14:textId="77777777" w:rsidR="00AB1E5D" w:rsidRPr="00AB1E5D" w:rsidRDefault="00AB1E5D" w:rsidP="00047C37">
            <w:pPr>
              <w:widowControl w:val="0"/>
              <w:spacing w:line="276" w:lineRule="auto"/>
              <w:rPr>
                <w:rFonts w:ascii="Times New Roman" w:hAnsi="Times New Roman" w:cs="Times New Roman"/>
                <w:sz w:val="26"/>
                <w:szCs w:val="26"/>
              </w:rPr>
            </w:pPr>
            <w:r w:rsidRPr="00AB1E5D">
              <w:rPr>
                <w:rFonts w:ascii="Times New Roman" w:hAnsi="Times New Roman" w:cs="Times New Roman"/>
                <w:sz w:val="26"/>
                <w:szCs w:val="26"/>
              </w:rPr>
              <w:t>- CMHS (phối hợp th/h)</w:t>
            </w:r>
          </w:p>
          <w:p w14:paraId="3C0A75AA" w14:textId="10136769" w:rsidR="00AB1E5D" w:rsidRDefault="00AB1E5D" w:rsidP="00047C37">
            <w:pPr>
              <w:widowControl w:val="0"/>
              <w:spacing w:line="276" w:lineRule="auto"/>
              <w:jc w:val="both"/>
              <w:rPr>
                <w:rFonts w:ascii="Times New Roman" w:hAnsi="Times New Roman" w:cs="Times New Roman"/>
                <w:sz w:val="28"/>
                <w:szCs w:val="28"/>
              </w:rPr>
            </w:pPr>
            <w:r w:rsidRPr="00AB1E5D">
              <w:rPr>
                <w:rFonts w:ascii="Times New Roman" w:hAnsi="Times New Roman" w:cs="Times New Roman"/>
                <w:sz w:val="26"/>
                <w:szCs w:val="26"/>
              </w:rPr>
              <w:t>- Lưu VT./.</w:t>
            </w:r>
          </w:p>
        </w:tc>
        <w:tc>
          <w:tcPr>
            <w:tcW w:w="5068" w:type="dxa"/>
          </w:tcPr>
          <w:p w14:paraId="6BA5A779" w14:textId="43611DF3" w:rsidR="00AB1E5D" w:rsidRPr="00AB1E5D" w:rsidRDefault="00AB1E5D" w:rsidP="00047C37">
            <w:pPr>
              <w:pStyle w:val="Heading1"/>
              <w:widowControl w:val="0"/>
              <w:spacing w:before="0" w:line="276" w:lineRule="auto"/>
              <w:jc w:val="center"/>
              <w:rPr>
                <w:rFonts w:ascii="Times New Roman" w:hAnsi="Times New Roman" w:cs="Times New Roman"/>
                <w:color w:val="auto"/>
              </w:rPr>
            </w:pPr>
            <w:r w:rsidRPr="00AB1E5D">
              <w:rPr>
                <w:rFonts w:ascii="Times New Roman" w:hAnsi="Times New Roman" w:cs="Times New Roman"/>
                <w:color w:val="auto"/>
              </w:rPr>
              <w:t>Người xây dựng kế hoach</w:t>
            </w:r>
          </w:p>
          <w:p w14:paraId="4958B9B4" w14:textId="77777777" w:rsidR="00AB1E5D" w:rsidRPr="00AB1E5D" w:rsidRDefault="00AB1E5D" w:rsidP="00047C37">
            <w:pPr>
              <w:pStyle w:val="Heading1"/>
              <w:widowControl w:val="0"/>
              <w:spacing w:before="0" w:line="276" w:lineRule="auto"/>
              <w:jc w:val="center"/>
              <w:rPr>
                <w:rFonts w:ascii="Times New Roman" w:hAnsi="Times New Roman" w:cs="Times New Roman"/>
                <w:color w:val="auto"/>
              </w:rPr>
            </w:pPr>
            <w:r w:rsidRPr="00AB1E5D">
              <w:rPr>
                <w:rFonts w:ascii="Times New Roman" w:hAnsi="Times New Roman" w:cs="Times New Roman"/>
                <w:color w:val="auto"/>
              </w:rPr>
              <w:t xml:space="preserve">PHÓ </w:t>
            </w:r>
            <w:r w:rsidRPr="00B575E0">
              <w:rPr>
                <w:rFonts w:ascii="Times New Roman" w:hAnsi="Times New Roman" w:cs="Times New Roman"/>
                <w:color w:val="auto"/>
              </w:rPr>
              <w:t>HIỆU TRƯỞNG</w:t>
            </w:r>
            <w:r w:rsidRPr="00B575E0">
              <w:rPr>
                <w:rFonts w:ascii="Times New Roman" w:hAnsi="Times New Roman" w:cs="Times New Roman"/>
                <w:color w:val="auto"/>
              </w:rPr>
              <w:br/>
            </w:r>
          </w:p>
          <w:p w14:paraId="7E3D86B3" w14:textId="77777777" w:rsidR="00AB1E5D" w:rsidRDefault="00AB1E5D" w:rsidP="00047C37">
            <w:pPr>
              <w:widowControl w:val="0"/>
              <w:spacing w:line="276" w:lineRule="auto"/>
            </w:pPr>
          </w:p>
          <w:p w14:paraId="65B40AD6" w14:textId="77777777" w:rsidR="00AB1E5D" w:rsidRDefault="00AB1E5D" w:rsidP="00047C37">
            <w:pPr>
              <w:widowControl w:val="0"/>
              <w:spacing w:line="276" w:lineRule="auto"/>
            </w:pPr>
          </w:p>
          <w:p w14:paraId="614AFC58" w14:textId="77777777" w:rsidR="00AB1E5D" w:rsidRDefault="00AB1E5D" w:rsidP="00047C37">
            <w:pPr>
              <w:widowControl w:val="0"/>
              <w:spacing w:line="276" w:lineRule="auto"/>
            </w:pPr>
          </w:p>
          <w:p w14:paraId="7850CC47" w14:textId="1AC8D657" w:rsidR="00AB1E5D" w:rsidRPr="00AB1E5D" w:rsidRDefault="00AB1E5D" w:rsidP="00047C37">
            <w:pPr>
              <w:widowControl w:val="0"/>
              <w:spacing w:line="276" w:lineRule="auto"/>
              <w:jc w:val="center"/>
              <w:rPr>
                <w:rFonts w:ascii="Times New Roman" w:hAnsi="Times New Roman" w:cs="Times New Roman"/>
                <w:b/>
                <w:bCs/>
                <w:sz w:val="28"/>
                <w:szCs w:val="28"/>
              </w:rPr>
            </w:pPr>
            <w:r w:rsidRPr="00AB1E5D">
              <w:rPr>
                <w:rFonts w:ascii="Times New Roman" w:hAnsi="Times New Roman" w:cs="Times New Roman"/>
                <w:b/>
                <w:bCs/>
                <w:sz w:val="28"/>
                <w:szCs w:val="28"/>
              </w:rPr>
              <w:t>Trần Thị Ánh Tuyết</w:t>
            </w:r>
          </w:p>
        </w:tc>
      </w:tr>
    </w:tbl>
    <w:p w14:paraId="5F75AD30" w14:textId="77777777" w:rsidR="00AB1E5D" w:rsidRDefault="00AB1E5D" w:rsidP="00047C37">
      <w:pPr>
        <w:widowControl w:val="0"/>
        <w:spacing w:after="0"/>
        <w:jc w:val="both"/>
        <w:rPr>
          <w:rFonts w:ascii="Times New Roman" w:hAnsi="Times New Roman" w:cs="Times New Roman"/>
          <w:sz w:val="28"/>
          <w:szCs w:val="28"/>
        </w:rPr>
      </w:pPr>
    </w:p>
    <w:p w14:paraId="680CA339" w14:textId="26722C16" w:rsidR="00AB1E5D" w:rsidRPr="00047C37" w:rsidRDefault="00047C37" w:rsidP="00047C37">
      <w:pPr>
        <w:widowControl w:val="0"/>
        <w:spacing w:after="0"/>
        <w:jc w:val="center"/>
        <w:rPr>
          <w:rFonts w:ascii="Times New Roman" w:hAnsi="Times New Roman" w:cs="Times New Roman"/>
          <w:b/>
          <w:bCs/>
          <w:sz w:val="26"/>
          <w:szCs w:val="26"/>
        </w:rPr>
      </w:pPr>
      <w:r w:rsidRPr="00047C37">
        <w:rPr>
          <w:rFonts w:ascii="Times New Roman" w:hAnsi="Times New Roman" w:cs="Times New Roman"/>
          <w:b/>
          <w:bCs/>
          <w:sz w:val="26"/>
          <w:szCs w:val="26"/>
        </w:rPr>
        <w:t>DUYỆT CỦA HIỆU TRƯỞNG</w:t>
      </w:r>
    </w:p>
    <w:p w14:paraId="70B87870" w14:textId="77777777" w:rsidR="00BB413C" w:rsidRPr="00BB413C" w:rsidRDefault="00BB413C" w:rsidP="00047C37">
      <w:pPr>
        <w:widowControl w:val="0"/>
        <w:spacing w:after="0"/>
        <w:rPr>
          <w:rFonts w:ascii="Times New Roman" w:hAnsi="Times New Roman" w:cs="Times New Roman"/>
          <w:sz w:val="28"/>
          <w:szCs w:val="28"/>
        </w:rPr>
      </w:pPr>
    </w:p>
    <w:p w14:paraId="17B4D84F" w14:textId="77777777" w:rsidR="00BB413C" w:rsidRPr="00BB413C" w:rsidRDefault="00BB413C" w:rsidP="00047C37">
      <w:pPr>
        <w:widowControl w:val="0"/>
        <w:spacing w:after="0"/>
        <w:rPr>
          <w:rFonts w:ascii="Times New Roman" w:hAnsi="Times New Roman" w:cs="Times New Roman"/>
          <w:sz w:val="28"/>
          <w:szCs w:val="28"/>
        </w:rPr>
      </w:pPr>
    </w:p>
    <w:sectPr w:rsidR="00BB413C" w:rsidRPr="00BB413C" w:rsidSect="00EB65DE">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1E269D"/>
    <w:multiLevelType w:val="multilevel"/>
    <w:tmpl w:val="1842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E353B"/>
    <w:multiLevelType w:val="multilevel"/>
    <w:tmpl w:val="D07C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0387E"/>
    <w:multiLevelType w:val="hybridMultilevel"/>
    <w:tmpl w:val="462EC460"/>
    <w:lvl w:ilvl="0" w:tplc="98F0CC90">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350B58"/>
    <w:multiLevelType w:val="hybridMultilevel"/>
    <w:tmpl w:val="A2BE043E"/>
    <w:lvl w:ilvl="0" w:tplc="06CC18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3D2313"/>
    <w:multiLevelType w:val="hybridMultilevel"/>
    <w:tmpl w:val="BA920AA0"/>
    <w:lvl w:ilvl="0" w:tplc="4C2CCD62">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3433FF"/>
    <w:multiLevelType w:val="hybridMultilevel"/>
    <w:tmpl w:val="3D3CA254"/>
    <w:lvl w:ilvl="0" w:tplc="E4A2984C">
      <w:start w:val="7"/>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4E5486"/>
    <w:multiLevelType w:val="multilevel"/>
    <w:tmpl w:val="C7661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A510D1"/>
    <w:multiLevelType w:val="multilevel"/>
    <w:tmpl w:val="C226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BE604D"/>
    <w:multiLevelType w:val="hybridMultilevel"/>
    <w:tmpl w:val="64F20E3A"/>
    <w:lvl w:ilvl="0" w:tplc="C96CDEA0">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E05040E"/>
    <w:multiLevelType w:val="multilevel"/>
    <w:tmpl w:val="60FE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BD06C8"/>
    <w:multiLevelType w:val="multilevel"/>
    <w:tmpl w:val="A0240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8D6426"/>
    <w:multiLevelType w:val="hybridMultilevel"/>
    <w:tmpl w:val="FD1A53AC"/>
    <w:lvl w:ilvl="0" w:tplc="7F56828E">
      <w:start w:val="7"/>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072BAF"/>
    <w:multiLevelType w:val="multilevel"/>
    <w:tmpl w:val="0FBE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67A14"/>
    <w:multiLevelType w:val="multilevel"/>
    <w:tmpl w:val="3EDAA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EB5544"/>
    <w:multiLevelType w:val="multilevel"/>
    <w:tmpl w:val="C53C3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323161"/>
    <w:multiLevelType w:val="hybridMultilevel"/>
    <w:tmpl w:val="04822748"/>
    <w:lvl w:ilvl="0" w:tplc="4678D0AC">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8543BB9"/>
    <w:multiLevelType w:val="hybridMultilevel"/>
    <w:tmpl w:val="9A30C742"/>
    <w:lvl w:ilvl="0" w:tplc="4A7610BE">
      <w:start w:val="7"/>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FA4810"/>
    <w:multiLevelType w:val="hybridMultilevel"/>
    <w:tmpl w:val="6C1CF6E8"/>
    <w:lvl w:ilvl="0" w:tplc="8E34D4B2">
      <w:start w:val="4"/>
      <w:numFmt w:val="bullet"/>
      <w:lvlText w:val="-"/>
      <w:lvlJc w:val="left"/>
      <w:pPr>
        <w:ind w:left="1080" w:hanging="360"/>
      </w:pPr>
      <w:rPr>
        <w:rFonts w:ascii="Times New Roman" w:eastAsiaTheme="minorEastAsia" w:hAnsi="Times New Roman" w:cs="Times New Roman" w:hint="default"/>
        <w:b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07166B"/>
    <w:multiLevelType w:val="multilevel"/>
    <w:tmpl w:val="5E30B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1B0A4A"/>
    <w:multiLevelType w:val="hybridMultilevel"/>
    <w:tmpl w:val="66124ADE"/>
    <w:lvl w:ilvl="0" w:tplc="6A76A534">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2003014">
    <w:abstractNumId w:val="8"/>
  </w:num>
  <w:num w:numId="2" w16cid:durableId="1998915457">
    <w:abstractNumId w:val="6"/>
  </w:num>
  <w:num w:numId="3" w16cid:durableId="680164554">
    <w:abstractNumId w:val="5"/>
  </w:num>
  <w:num w:numId="4" w16cid:durableId="1836144282">
    <w:abstractNumId w:val="4"/>
  </w:num>
  <w:num w:numId="5" w16cid:durableId="1785884575">
    <w:abstractNumId w:val="7"/>
  </w:num>
  <w:num w:numId="6" w16cid:durableId="1854681566">
    <w:abstractNumId w:val="3"/>
  </w:num>
  <w:num w:numId="7" w16cid:durableId="1248004038">
    <w:abstractNumId w:val="2"/>
  </w:num>
  <w:num w:numId="8" w16cid:durableId="714936204">
    <w:abstractNumId w:val="1"/>
  </w:num>
  <w:num w:numId="9" w16cid:durableId="774130703">
    <w:abstractNumId w:val="0"/>
  </w:num>
  <w:num w:numId="10" w16cid:durableId="734746254">
    <w:abstractNumId w:val="21"/>
  </w:num>
  <w:num w:numId="11" w16cid:durableId="548542210">
    <w:abstractNumId w:val="18"/>
  </w:num>
  <w:num w:numId="12" w16cid:durableId="1203054002">
    <w:abstractNumId w:val="22"/>
  </w:num>
  <w:num w:numId="13" w16cid:durableId="576985244">
    <w:abstractNumId w:val="16"/>
  </w:num>
  <w:num w:numId="14" w16cid:durableId="1710955316">
    <w:abstractNumId w:val="23"/>
  </w:num>
  <w:num w:numId="15" w16cid:durableId="1102528942">
    <w:abstractNumId w:val="19"/>
  </w:num>
  <w:num w:numId="16" w16cid:durableId="635257921">
    <w:abstractNumId w:val="27"/>
  </w:num>
  <w:num w:numId="17" w16cid:durableId="761612606">
    <w:abstractNumId w:val="15"/>
  </w:num>
  <w:num w:numId="18" w16cid:durableId="2035156855">
    <w:abstractNumId w:val="9"/>
  </w:num>
  <w:num w:numId="19" w16cid:durableId="1140417003">
    <w:abstractNumId w:val="10"/>
  </w:num>
  <w:num w:numId="20" w16cid:durableId="1827624846">
    <w:abstractNumId w:val="13"/>
  </w:num>
  <w:num w:numId="21" w16cid:durableId="1864630968">
    <w:abstractNumId w:val="12"/>
  </w:num>
  <w:num w:numId="22" w16cid:durableId="970206569">
    <w:abstractNumId w:val="26"/>
  </w:num>
  <w:num w:numId="23" w16cid:durableId="1182472459">
    <w:abstractNumId w:val="17"/>
  </w:num>
  <w:num w:numId="24" w16cid:durableId="14383243">
    <w:abstractNumId w:val="11"/>
  </w:num>
  <w:num w:numId="25" w16cid:durableId="899094619">
    <w:abstractNumId w:val="24"/>
  </w:num>
  <w:num w:numId="26" w16cid:durableId="869882129">
    <w:abstractNumId w:val="28"/>
  </w:num>
  <w:num w:numId="27" w16cid:durableId="509952028">
    <w:abstractNumId w:val="20"/>
  </w:num>
  <w:num w:numId="28" w16cid:durableId="927930578">
    <w:abstractNumId w:val="14"/>
  </w:num>
  <w:num w:numId="29" w16cid:durableId="869315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608"/>
    <w:rsid w:val="00047C37"/>
    <w:rsid w:val="0006063C"/>
    <w:rsid w:val="000E1ADE"/>
    <w:rsid w:val="0015074B"/>
    <w:rsid w:val="00157949"/>
    <w:rsid w:val="00184C51"/>
    <w:rsid w:val="001D2EB5"/>
    <w:rsid w:val="0029639D"/>
    <w:rsid w:val="002F5157"/>
    <w:rsid w:val="00326F90"/>
    <w:rsid w:val="003B0AD5"/>
    <w:rsid w:val="003D7FCC"/>
    <w:rsid w:val="00405F75"/>
    <w:rsid w:val="0042647B"/>
    <w:rsid w:val="00437F60"/>
    <w:rsid w:val="00523AD1"/>
    <w:rsid w:val="005B6590"/>
    <w:rsid w:val="005C6BD1"/>
    <w:rsid w:val="0061352E"/>
    <w:rsid w:val="0066592F"/>
    <w:rsid w:val="006B7716"/>
    <w:rsid w:val="006E758B"/>
    <w:rsid w:val="007026E3"/>
    <w:rsid w:val="00721ABA"/>
    <w:rsid w:val="00725666"/>
    <w:rsid w:val="007265BE"/>
    <w:rsid w:val="00730575"/>
    <w:rsid w:val="00984A2C"/>
    <w:rsid w:val="009E36E7"/>
    <w:rsid w:val="009E3955"/>
    <w:rsid w:val="00AA1D8D"/>
    <w:rsid w:val="00AB1E5D"/>
    <w:rsid w:val="00B2452A"/>
    <w:rsid w:val="00B47730"/>
    <w:rsid w:val="00B575E0"/>
    <w:rsid w:val="00BB413C"/>
    <w:rsid w:val="00BF1028"/>
    <w:rsid w:val="00C02F58"/>
    <w:rsid w:val="00C14E8A"/>
    <w:rsid w:val="00CB0664"/>
    <w:rsid w:val="00CF7108"/>
    <w:rsid w:val="00D20180"/>
    <w:rsid w:val="00D20E70"/>
    <w:rsid w:val="00D64F1B"/>
    <w:rsid w:val="00D81A5C"/>
    <w:rsid w:val="00DA405C"/>
    <w:rsid w:val="00DB752E"/>
    <w:rsid w:val="00DC71FE"/>
    <w:rsid w:val="00DE797D"/>
    <w:rsid w:val="00E37781"/>
    <w:rsid w:val="00EB65DE"/>
    <w:rsid w:val="00F1462C"/>
    <w:rsid w:val="00FB2210"/>
    <w:rsid w:val="00FC693F"/>
    <w:rsid w:val="00FE43B8"/>
    <w:rsid w:val="00FF1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387A1C"/>
  <w14:defaultImageDpi w14:val="300"/>
  <w15:docId w15:val="{5AB7BB1E-5ED6-478D-918E-3D2751AA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Sáu Mỹ Đức - MN Hồng Sơn</cp:lastModifiedBy>
  <cp:revision>18</cp:revision>
  <cp:lastPrinted>2026-01-19T01:30:00Z</cp:lastPrinted>
  <dcterms:created xsi:type="dcterms:W3CDTF">2026-01-19T03:11:00Z</dcterms:created>
  <dcterms:modified xsi:type="dcterms:W3CDTF">2026-02-10T09:30:00Z</dcterms:modified>
  <cp:category/>
</cp:coreProperties>
</file>